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C687BB" w14:textId="77777777" w:rsidR="00D91A1F" w:rsidRPr="00D91A1F" w:rsidRDefault="00D91A1F" w:rsidP="00D91A1F">
      <w:pPr>
        <w:pStyle w:val="ListBullet"/>
        <w:numPr>
          <w:ilvl w:val="0"/>
          <w:numId w:val="0"/>
        </w:numPr>
        <w:ind w:left="360" w:hanging="360"/>
        <w:jc w:val="center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Terms of Reference (</w:t>
      </w:r>
      <w:proofErr w:type="spellStart"/>
      <w:r w:rsidRPr="00D91A1F">
        <w:rPr>
          <w:rFonts w:asciiTheme="majorHAnsi" w:hAnsiTheme="majorHAnsi" w:cstheme="majorHAnsi"/>
          <w:b/>
          <w:bCs/>
        </w:rPr>
        <w:t>ToR</w:t>
      </w:r>
      <w:proofErr w:type="spellEnd"/>
      <w:r w:rsidRPr="00D91A1F">
        <w:rPr>
          <w:rFonts w:asciiTheme="majorHAnsi" w:hAnsiTheme="majorHAnsi" w:cstheme="majorHAnsi"/>
          <w:b/>
          <w:bCs/>
        </w:rPr>
        <w:t>)</w:t>
      </w:r>
    </w:p>
    <w:p w14:paraId="6C51F6E9" w14:textId="77777777" w:rsidR="00D91A1F" w:rsidRPr="00D91A1F" w:rsidRDefault="00D91A1F" w:rsidP="00D91A1F">
      <w:pPr>
        <w:pStyle w:val="ListBullet"/>
        <w:numPr>
          <w:ilvl w:val="0"/>
          <w:numId w:val="0"/>
        </w:numPr>
        <w:ind w:left="360" w:hanging="360"/>
        <w:jc w:val="center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For a research consulting firm to undertake market study</w:t>
      </w:r>
    </w:p>
    <w:p w14:paraId="158777DB" w14:textId="1F7A2AA7" w:rsidR="00D91A1F" w:rsidRPr="00D91A1F" w:rsidRDefault="00D91A1F" w:rsidP="00D91A1F">
      <w:pPr>
        <w:pStyle w:val="ListBullet"/>
        <w:numPr>
          <w:ilvl w:val="0"/>
          <w:numId w:val="0"/>
        </w:numPr>
        <w:jc w:val="center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WMSME Customer Research in the Democratic Republic of the Congo (DRC)</w:t>
      </w:r>
    </w:p>
    <w:p w14:paraId="124B780D" w14:textId="77777777" w:rsidR="00894D78" w:rsidRDefault="00894D78" w:rsidP="00D91A1F">
      <w:pPr>
        <w:pStyle w:val="ListBullet"/>
        <w:numPr>
          <w:ilvl w:val="0"/>
          <w:numId w:val="0"/>
        </w:numPr>
        <w:jc w:val="center"/>
        <w:rPr>
          <w:rFonts w:asciiTheme="majorHAnsi" w:hAnsiTheme="majorHAnsi" w:cstheme="majorHAnsi"/>
          <w:b/>
          <w:bCs/>
        </w:rPr>
      </w:pPr>
    </w:p>
    <w:p w14:paraId="747DC863" w14:textId="34D60A07" w:rsidR="007A505F" w:rsidRPr="00D91A1F" w:rsidRDefault="007A505F" w:rsidP="00D91A1F">
      <w:pPr>
        <w:pStyle w:val="ListBullet"/>
        <w:numPr>
          <w:ilvl w:val="0"/>
          <w:numId w:val="0"/>
        </w:numPr>
        <w:jc w:val="center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Appendix </w:t>
      </w:r>
      <w:r w:rsidR="00DF3F10" w:rsidRPr="00D91A1F">
        <w:rPr>
          <w:rFonts w:asciiTheme="majorHAnsi" w:hAnsiTheme="majorHAnsi" w:cstheme="majorHAnsi"/>
          <w:b/>
          <w:bCs/>
        </w:rPr>
        <w:t>B</w:t>
      </w:r>
    </w:p>
    <w:p w14:paraId="118CD1B6" w14:textId="6A1579D8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22553E3F" w14:textId="39FACFA8" w:rsidR="007A505F" w:rsidRPr="00D91A1F" w:rsidRDefault="7F953593" w:rsidP="71042436">
      <w:pPr>
        <w:pStyle w:val="ListBullet"/>
        <w:numPr>
          <w:ilvl w:val="0"/>
          <w:numId w:val="0"/>
        </w:numPr>
        <w:jc w:val="both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The following questionnaire is a</w:t>
      </w:r>
      <w:r w:rsidR="14F01563" w:rsidRPr="00D91A1F">
        <w:rPr>
          <w:rFonts w:asciiTheme="majorHAnsi" w:hAnsiTheme="majorHAnsi" w:cstheme="majorHAnsi"/>
          <w:b/>
          <w:bCs/>
        </w:rPr>
        <w:t xml:space="preserve"> </w:t>
      </w:r>
      <w:r w:rsidRPr="00D91A1F">
        <w:rPr>
          <w:rFonts w:asciiTheme="majorHAnsi" w:hAnsiTheme="majorHAnsi" w:cstheme="majorHAnsi"/>
          <w:b/>
          <w:bCs/>
        </w:rPr>
        <w:t>guideline</w:t>
      </w:r>
      <w:r w:rsidR="40022D17" w:rsidRPr="00D91A1F">
        <w:rPr>
          <w:rFonts w:asciiTheme="majorHAnsi" w:hAnsiTheme="majorHAnsi" w:cstheme="majorHAnsi"/>
          <w:b/>
          <w:bCs/>
        </w:rPr>
        <w:t xml:space="preserve"> and</w:t>
      </w:r>
      <w:r w:rsidRPr="00D91A1F">
        <w:rPr>
          <w:rFonts w:asciiTheme="majorHAnsi" w:hAnsiTheme="majorHAnsi" w:cstheme="majorHAnsi"/>
          <w:b/>
          <w:bCs/>
        </w:rPr>
        <w:t xml:space="preserve"> should be completed as needed </w:t>
      </w:r>
      <w:r w:rsidR="00894D78" w:rsidRPr="00D91A1F">
        <w:rPr>
          <w:rFonts w:asciiTheme="majorHAnsi" w:hAnsiTheme="majorHAnsi" w:cstheme="majorHAnsi"/>
          <w:b/>
          <w:bCs/>
        </w:rPr>
        <w:t>to</w:t>
      </w:r>
      <w:r w:rsidRPr="00D91A1F">
        <w:rPr>
          <w:rFonts w:asciiTheme="majorHAnsi" w:hAnsiTheme="majorHAnsi" w:cstheme="majorHAnsi"/>
          <w:b/>
          <w:bCs/>
        </w:rPr>
        <w:t xml:space="preserve"> fully cover the Terms of Reference shared. A final version should be submit</w:t>
      </w:r>
      <w:r w:rsidR="10EC2FA5" w:rsidRPr="00D91A1F">
        <w:rPr>
          <w:rFonts w:asciiTheme="majorHAnsi" w:hAnsiTheme="majorHAnsi" w:cstheme="majorHAnsi"/>
          <w:b/>
          <w:bCs/>
        </w:rPr>
        <w:t>t</w:t>
      </w:r>
      <w:r w:rsidRPr="00D91A1F">
        <w:rPr>
          <w:rFonts w:asciiTheme="majorHAnsi" w:hAnsiTheme="majorHAnsi" w:cstheme="majorHAnsi"/>
          <w:b/>
          <w:bCs/>
        </w:rPr>
        <w:t>ed to IFC for approval before rolling out the survey,</w:t>
      </w:r>
    </w:p>
    <w:p w14:paraId="5A7CAECF" w14:textId="79E919CC" w:rsidR="71042436" w:rsidRPr="00D91A1F" w:rsidRDefault="71042436" w:rsidP="71042436">
      <w:pPr>
        <w:pStyle w:val="ListBullet"/>
        <w:numPr>
          <w:ilvl w:val="0"/>
          <w:numId w:val="0"/>
        </w:numPr>
        <w:jc w:val="both"/>
        <w:rPr>
          <w:rFonts w:asciiTheme="majorHAnsi" w:hAnsiTheme="majorHAnsi" w:cstheme="majorHAnsi"/>
          <w:b/>
          <w:bCs/>
        </w:rPr>
      </w:pPr>
    </w:p>
    <w:p w14:paraId="5A7CA170" w14:textId="187D849D" w:rsidR="00B12531" w:rsidRPr="00D91A1F" w:rsidRDefault="00DF3F10" w:rsidP="71042436">
      <w:pPr>
        <w:pStyle w:val="ListBullet"/>
        <w:numPr>
          <w:ilvl w:val="0"/>
          <w:numId w:val="0"/>
        </w:numPr>
        <w:jc w:val="both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Market Survey Questionnaire: Women-led MSMEs – DRC</w:t>
      </w:r>
    </w:p>
    <w:p w14:paraId="7A4A22F8" w14:textId="77777777" w:rsidR="00B12531" w:rsidRPr="00D91A1F" w:rsidRDefault="00DF3F10" w:rsidP="71042436">
      <w:pPr>
        <w:pStyle w:val="ListBullet"/>
        <w:numPr>
          <w:ilvl w:val="0"/>
          <w:numId w:val="0"/>
        </w:numPr>
        <w:jc w:val="both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This survey is designed to help segment the women-led MSME market in DRC, understand customer needs, perceptions of the bank, and define recommendations for tailored product offers.</w:t>
      </w:r>
    </w:p>
    <w:p w14:paraId="78E4D91F" w14:textId="0BD39526" w:rsidR="411D38A6" w:rsidRPr="00D91A1F" w:rsidRDefault="411D38A6" w:rsidP="71042436">
      <w:pPr>
        <w:pStyle w:val="ListBullet"/>
        <w:numPr>
          <w:ilvl w:val="0"/>
          <w:numId w:val="0"/>
        </w:numPr>
        <w:jc w:val="both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  <w:b/>
          <w:bCs/>
        </w:rPr>
        <w:t>NB :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The respondent should be a business owner, or one of the main business leaders.</w:t>
      </w:r>
      <w:r w:rsidRPr="00D91A1F">
        <w:rPr>
          <w:rFonts w:asciiTheme="majorHAnsi" w:hAnsiTheme="majorHAnsi" w:cstheme="majorHAnsi"/>
        </w:rPr>
        <w:t xml:space="preserve"> </w:t>
      </w:r>
    </w:p>
    <w:p w14:paraId="7067C62F" w14:textId="0B2A4DB7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92C89C5" w14:textId="2E06267D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Respondent Identification</w:t>
      </w:r>
      <w:r w:rsidR="684ADA4E" w:rsidRPr="00D91A1F">
        <w:rPr>
          <w:rFonts w:asciiTheme="majorHAnsi" w:hAnsiTheme="majorHAnsi" w:cstheme="majorHAnsi"/>
          <w:b/>
          <w:bCs/>
          <w:color w:val="0070C0"/>
        </w:rPr>
        <w:t>, level of implication in the business</w:t>
      </w:r>
      <w:r w:rsidRPr="00D91A1F">
        <w:rPr>
          <w:rFonts w:asciiTheme="majorHAnsi" w:hAnsiTheme="majorHAnsi" w:cstheme="majorHAnsi"/>
          <w:b/>
          <w:bCs/>
          <w:color w:val="0070C0"/>
        </w:rPr>
        <w:t xml:space="preserve"> &amp; Business Ownership Type</w:t>
      </w:r>
    </w:p>
    <w:p w14:paraId="0CADFFD8" w14:textId="43F805E0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your gender?</w:t>
      </w:r>
    </w:p>
    <w:p w14:paraId="0A3CBA91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Woman 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Man 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Prefer not to say</w:t>
      </w:r>
    </w:p>
    <w:p w14:paraId="413108A9" w14:textId="0CE84F2A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039B3EE4" w14:textId="3F5BBE9F" w:rsidR="2721BFA5" w:rsidRPr="00D91A1F" w:rsidRDefault="2721BFA5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your age group?</w:t>
      </w:r>
    </w:p>
    <w:p w14:paraId="31D1E098" w14:textId="26964006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18 - 19 years</w:t>
      </w:r>
    </w:p>
    <w:p w14:paraId="2A9861FB" w14:textId="2FE4AAC0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20 - 24 years</w:t>
      </w:r>
    </w:p>
    <w:p w14:paraId="4A6F03C0" w14:textId="428B0ADA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25 - 29 years</w:t>
      </w:r>
    </w:p>
    <w:p w14:paraId="58635904" w14:textId="4E2E1881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30 - 34 years</w:t>
      </w:r>
    </w:p>
    <w:p w14:paraId="12337642" w14:textId="1026F55B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35 - 39 years</w:t>
      </w:r>
    </w:p>
    <w:p w14:paraId="2E39DCA8" w14:textId="1DB4E2F2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40 - 49 years</w:t>
      </w:r>
    </w:p>
    <w:p w14:paraId="16265765" w14:textId="7DAB1E83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50 - 59 years</w:t>
      </w:r>
    </w:p>
    <w:p w14:paraId="31735117" w14:textId="7EC204BB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60 - 64 years</w:t>
      </w:r>
    </w:p>
    <w:p w14:paraId="2D00CBDC" w14:textId="070E1EAE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65+ years</w:t>
      </w:r>
    </w:p>
    <w:p w14:paraId="670B5434" w14:textId="5271AB9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B15C726" w14:textId="1372D517" w:rsidR="2721BFA5" w:rsidRPr="00D91A1F" w:rsidRDefault="2721BFA5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your highest level of education</w:t>
      </w:r>
      <w:r w:rsidR="6C0C5708" w:rsidRPr="00D91A1F">
        <w:rPr>
          <w:rFonts w:asciiTheme="majorHAnsi" w:hAnsiTheme="majorHAnsi" w:cstheme="majorHAnsi"/>
          <w:b/>
          <w:bCs/>
        </w:rPr>
        <w:t>?</w:t>
      </w:r>
    </w:p>
    <w:p w14:paraId="184477A3" w14:textId="654DF6FD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Never been to school</w:t>
      </w:r>
    </w:p>
    <w:p w14:paraId="1CE023B5" w14:textId="4522EAAA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Primary school</w:t>
      </w:r>
    </w:p>
    <w:p w14:paraId="5D387CC2" w14:textId="4B8F8351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Secondary school</w:t>
      </w:r>
    </w:p>
    <w:p w14:paraId="6B1BF43F" w14:textId="3F126C16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University education (completed Bachelors, </w:t>
      </w:r>
      <w:proofErr w:type="gramStart"/>
      <w:r w:rsidRPr="00D91A1F">
        <w:rPr>
          <w:rFonts w:asciiTheme="majorHAnsi" w:hAnsiTheme="majorHAnsi" w:cstheme="majorHAnsi"/>
        </w:rPr>
        <w:t>Masters</w:t>
      </w:r>
      <w:proofErr w:type="gramEnd"/>
      <w:r w:rsidRPr="00D91A1F">
        <w:rPr>
          <w:rFonts w:asciiTheme="majorHAnsi" w:hAnsiTheme="majorHAnsi" w:cstheme="majorHAnsi"/>
        </w:rPr>
        <w:t xml:space="preserve"> or PhD)</w:t>
      </w:r>
    </w:p>
    <w:p w14:paraId="1592E919" w14:textId="2A051867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Vocational training </w:t>
      </w:r>
    </w:p>
    <w:p w14:paraId="0524773E" w14:textId="3DADEB37" w:rsidR="2721BFA5" w:rsidRPr="00D91A1F" w:rsidRDefault="2721BFA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</w:t>
      </w:r>
    </w:p>
    <w:p w14:paraId="4906A91E" w14:textId="3F7F9603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B189688" w14:textId="4BA9A0D7" w:rsidR="60197227" w:rsidRPr="00D91A1F" w:rsidRDefault="6019722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your marital status?</w:t>
      </w:r>
    </w:p>
    <w:p w14:paraId="47DA677C" w14:textId="6369F41C" w:rsidR="60197227" w:rsidRPr="00D91A1F" w:rsidRDefault="6019722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Single 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Married (traditional marriage only) 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Married (legally)  </w:t>
      </w:r>
    </w:p>
    <w:p w14:paraId="44580FAF" w14:textId="2AD22401" w:rsidR="60197227" w:rsidRPr="00D91A1F" w:rsidRDefault="6019722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Separated/</w:t>
      </w:r>
      <w:proofErr w:type="gramStart"/>
      <w:r w:rsidRPr="00D91A1F">
        <w:rPr>
          <w:rFonts w:asciiTheme="majorHAnsi" w:hAnsiTheme="majorHAnsi" w:cstheme="majorHAnsi"/>
        </w:rPr>
        <w:t xml:space="preserve">Divorced </w:t>
      </w:r>
      <w:r w:rsidR="5DAAFCDE" w:rsidRPr="00D91A1F">
        <w:rPr>
          <w:rFonts w:asciiTheme="majorHAnsi" w:hAnsiTheme="majorHAnsi" w:cstheme="majorHAnsi"/>
        </w:rPr>
        <w:t xml:space="preserve"> </w:t>
      </w:r>
      <w:r w:rsidR="5DAAFCDE" w:rsidRPr="00D91A1F">
        <w:rPr>
          <w:rFonts w:ascii="Segoe UI Symbol" w:hAnsi="Segoe UI Symbol" w:cs="Segoe UI Symbol"/>
        </w:rPr>
        <w:t>☐</w:t>
      </w:r>
      <w:proofErr w:type="gramEnd"/>
      <w:r w:rsidR="5DAAFCDE" w:rsidRPr="00D91A1F">
        <w:rPr>
          <w:rFonts w:asciiTheme="majorHAnsi" w:hAnsiTheme="majorHAnsi" w:cstheme="majorHAnsi"/>
        </w:rPr>
        <w:t>Widowed</w:t>
      </w:r>
    </w:p>
    <w:p w14:paraId="1CCD0C8B" w14:textId="4A76DEAD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6CE0FE3" w14:textId="1839E1F0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your role in the business?</w:t>
      </w:r>
    </w:p>
    <w:p w14:paraId="3A444EAF" w14:textId="76016E4E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Owner / Co-owner 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General Manager / Managing Director 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0222168" w:rsidRPr="00D91A1F">
        <w:rPr>
          <w:rFonts w:asciiTheme="majorHAnsi" w:hAnsiTheme="majorHAnsi" w:cstheme="majorHAnsi"/>
        </w:rPr>
        <w:t>Finance Manager/</w:t>
      </w:r>
      <w:r w:rsidRPr="00D91A1F">
        <w:rPr>
          <w:rFonts w:asciiTheme="majorHAnsi" w:hAnsiTheme="majorHAnsi" w:cstheme="majorHAnsi"/>
        </w:rPr>
        <w:t>Accountant / Admin staff 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4623F09B" w14:textId="324B8769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98B5388" w14:textId="222F4C5A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Who is the legal owner of the business?</w:t>
      </w:r>
    </w:p>
    <w:p w14:paraId="21107EF2" w14:textId="1186EA6A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Myself (female) </w:t>
      </w:r>
      <w:r w:rsidR="19454F73" w:rsidRPr="00D91A1F">
        <w:rPr>
          <w:rFonts w:ascii="Segoe UI Symbol" w:hAnsi="Segoe UI Symbol" w:cs="Segoe UI Symbol"/>
        </w:rPr>
        <w:t>☐</w:t>
      </w:r>
      <w:r w:rsidR="19454F73" w:rsidRPr="00D91A1F">
        <w:rPr>
          <w:rFonts w:asciiTheme="majorHAnsi" w:hAnsiTheme="majorHAnsi" w:cstheme="majorHAnsi"/>
        </w:rPr>
        <w:t xml:space="preserve"> Myself (male) 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Joint ownership (woman + others) 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Another woman</w:t>
      </w:r>
      <w:r w:rsidR="2FD29EA7" w:rsidRPr="00D91A1F">
        <w:rPr>
          <w:rFonts w:asciiTheme="majorHAnsi" w:hAnsiTheme="majorHAnsi" w:cstheme="majorHAnsi"/>
        </w:rPr>
        <w:t xml:space="preserve">/other </w:t>
      </w:r>
      <w:proofErr w:type="gramStart"/>
      <w:r w:rsidR="2FD29EA7" w:rsidRPr="00D91A1F">
        <w:rPr>
          <w:rFonts w:asciiTheme="majorHAnsi" w:hAnsiTheme="majorHAnsi" w:cstheme="majorHAnsi"/>
        </w:rPr>
        <w:t>women</w:t>
      </w:r>
      <w:proofErr w:type="gramEnd"/>
      <w:r w:rsidRPr="00D91A1F">
        <w:rPr>
          <w:rFonts w:asciiTheme="majorHAnsi" w:hAnsiTheme="majorHAnsi" w:cstheme="majorHAnsi"/>
        </w:rPr>
        <w:t>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man</w:t>
      </w:r>
      <w:r w:rsidR="53855880" w:rsidRPr="00D91A1F">
        <w:rPr>
          <w:rFonts w:asciiTheme="majorHAnsi" w:hAnsiTheme="majorHAnsi" w:cstheme="majorHAnsi"/>
        </w:rPr>
        <w:t>/Men</w:t>
      </w:r>
      <w:r w:rsidRPr="00D91A1F">
        <w:rPr>
          <w:rFonts w:asciiTheme="majorHAnsi" w:hAnsiTheme="majorHAnsi" w:cstheme="majorHAnsi"/>
        </w:rPr>
        <w:t>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5E678270" w:rsidRPr="00D91A1F">
        <w:rPr>
          <w:rFonts w:asciiTheme="majorHAnsi" w:hAnsiTheme="majorHAnsi" w:cstheme="majorHAnsi"/>
        </w:rPr>
        <w:t>One or</w:t>
      </w:r>
      <w:r w:rsidRPr="00D91A1F">
        <w:rPr>
          <w:rFonts w:asciiTheme="majorHAnsi" w:hAnsiTheme="majorHAnsi" w:cstheme="majorHAnsi"/>
        </w:rPr>
        <w:t xml:space="preserve"> </w:t>
      </w:r>
      <w:r w:rsidR="50186AFA" w:rsidRPr="00D91A1F">
        <w:rPr>
          <w:rFonts w:asciiTheme="majorHAnsi" w:hAnsiTheme="majorHAnsi" w:cstheme="majorHAnsi"/>
        </w:rPr>
        <w:t xml:space="preserve">several </w:t>
      </w:r>
      <w:r w:rsidRPr="00D91A1F">
        <w:rPr>
          <w:rFonts w:asciiTheme="majorHAnsi" w:hAnsiTheme="majorHAnsi" w:cstheme="majorHAnsi"/>
        </w:rPr>
        <w:t>institution</w:t>
      </w:r>
      <w:r w:rsidR="57ABDD3F" w:rsidRPr="00D91A1F">
        <w:rPr>
          <w:rFonts w:asciiTheme="majorHAnsi" w:hAnsiTheme="majorHAnsi" w:cstheme="majorHAnsi"/>
        </w:rPr>
        <w:t>s</w:t>
      </w:r>
      <w:r w:rsidR="187B5137" w:rsidRPr="00D91A1F">
        <w:rPr>
          <w:rFonts w:asciiTheme="majorHAnsi" w:hAnsiTheme="majorHAnsi" w:cstheme="majorHAnsi"/>
        </w:rPr>
        <w:t xml:space="preserve"> (legal entity</w:t>
      </w:r>
      <w:r w:rsidR="55F12418" w:rsidRPr="00D91A1F">
        <w:rPr>
          <w:rFonts w:asciiTheme="majorHAnsi" w:hAnsiTheme="majorHAnsi" w:cstheme="majorHAnsi"/>
        </w:rPr>
        <w:t>/</w:t>
      </w:r>
      <w:proofErr w:type="spellStart"/>
      <w:r w:rsidR="55F12418" w:rsidRPr="00D91A1F">
        <w:rPr>
          <w:rFonts w:asciiTheme="majorHAnsi" w:hAnsiTheme="majorHAnsi" w:cstheme="majorHAnsi"/>
        </w:rPr>
        <w:t>ies</w:t>
      </w:r>
      <w:proofErr w:type="spellEnd"/>
      <w:r w:rsidR="187B5137" w:rsidRPr="00D91A1F">
        <w:rPr>
          <w:rFonts w:asciiTheme="majorHAnsi" w:hAnsiTheme="majorHAnsi" w:cstheme="majorHAnsi"/>
        </w:rPr>
        <w:t>)</w:t>
      </w:r>
    </w:p>
    <w:p w14:paraId="24ED6EF0" w14:textId="33961EEC" w:rsidR="007A505F" w:rsidRPr="00D91A1F" w:rsidRDefault="007A505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366B0334" w14:textId="27AA58A9" w:rsidR="007A505F" w:rsidRPr="00D91A1F" w:rsidRDefault="47255A03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many owners does this business have (in total)? </w:t>
      </w:r>
    </w:p>
    <w:p w14:paraId="4CE8E3AA" w14:textId="1B473836" w:rsidR="007A505F" w:rsidRPr="00D91A1F" w:rsidRDefault="47255A0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0</w:t>
      </w:r>
    </w:p>
    <w:p w14:paraId="16F417E1" w14:textId="40AA0FC0" w:rsidR="007A505F" w:rsidRPr="00D91A1F" w:rsidRDefault="47255A0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1</w:t>
      </w:r>
    </w:p>
    <w:p w14:paraId="46CD6E51" w14:textId="43427ECF" w:rsidR="007A505F" w:rsidRPr="00D91A1F" w:rsidRDefault="47255A0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2</w:t>
      </w:r>
    </w:p>
    <w:p w14:paraId="7E7EA15D" w14:textId="6404322E" w:rsidR="007A505F" w:rsidRPr="00D91A1F" w:rsidRDefault="47255A0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3</w:t>
      </w:r>
    </w:p>
    <w:p w14:paraId="4200A242" w14:textId="5DC5DFD6" w:rsidR="007A505F" w:rsidRPr="00D91A1F" w:rsidRDefault="47255A0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4</w:t>
      </w:r>
    </w:p>
    <w:p w14:paraId="7831B622" w14:textId="0C417855" w:rsidR="007A505F" w:rsidRPr="00D91A1F" w:rsidRDefault="47255A0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5 or more</w:t>
      </w:r>
    </w:p>
    <w:p w14:paraId="2CDB956D" w14:textId="77777777" w:rsidR="00631FE2" w:rsidRPr="00D91A1F" w:rsidRDefault="00631FE2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219042FF" w14:textId="4710554B" w:rsidR="00B12531" w:rsidRPr="00D91A1F" w:rsidRDefault="6BA03276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Business</w:t>
      </w:r>
      <w:r w:rsidR="00DF3F10" w:rsidRPr="00D91A1F">
        <w:rPr>
          <w:rFonts w:asciiTheme="majorHAnsi" w:hAnsiTheme="majorHAnsi" w:cstheme="majorHAnsi"/>
          <w:b/>
          <w:bCs/>
          <w:color w:val="0070C0"/>
        </w:rPr>
        <w:t xml:space="preserve"> Profile</w:t>
      </w:r>
      <w:r w:rsidR="370FB056" w:rsidRPr="00D91A1F">
        <w:rPr>
          <w:rFonts w:asciiTheme="majorHAnsi" w:hAnsiTheme="majorHAnsi" w:cstheme="majorHAnsi"/>
          <w:b/>
          <w:bCs/>
          <w:color w:val="0070C0"/>
        </w:rPr>
        <w:t xml:space="preserve"> and level of </w:t>
      </w:r>
      <w:proofErr w:type="spellStart"/>
      <w:r w:rsidR="370FB056" w:rsidRPr="00D91A1F">
        <w:rPr>
          <w:rFonts w:asciiTheme="majorHAnsi" w:hAnsiTheme="majorHAnsi" w:cstheme="majorHAnsi"/>
          <w:b/>
          <w:bCs/>
          <w:color w:val="0070C0"/>
        </w:rPr>
        <w:t>formalisation</w:t>
      </w:r>
      <w:proofErr w:type="spellEnd"/>
    </w:p>
    <w:p w14:paraId="3C044AF6" w14:textId="3D90712B" w:rsidR="00B12531" w:rsidRPr="00D91A1F" w:rsidRDefault="7AD3F0E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Please describe your activity in one sentence</w:t>
      </w:r>
      <w:r w:rsidR="18B9606B" w:rsidRPr="00D91A1F">
        <w:rPr>
          <w:rFonts w:asciiTheme="majorHAnsi" w:hAnsiTheme="majorHAnsi" w:cstheme="majorHAnsi"/>
          <w:b/>
          <w:bCs/>
        </w:rPr>
        <w:t xml:space="preserve"> (main business only)</w:t>
      </w:r>
    </w:p>
    <w:p w14:paraId="5B8C512A" w14:textId="667EE2A7" w:rsidR="00B12531" w:rsidRPr="00D91A1F" w:rsidRDefault="00B125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E75BED5" w14:textId="38FE2AB4" w:rsidR="00B12531" w:rsidRPr="00D91A1F" w:rsidRDefault="2656C0A8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Does your company meet any of the following criteria? (Check all that apply)</w:t>
      </w:r>
    </w:p>
    <w:p w14:paraId="61C9E20D" w14:textId="77777777" w:rsidR="00B12531" w:rsidRPr="00D91A1F" w:rsidRDefault="2656C0A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51%+ of the business is owned by one or more women</w:t>
      </w:r>
    </w:p>
    <w:p w14:paraId="0452DCFF" w14:textId="77777777" w:rsidR="00B12531" w:rsidRPr="00D91A1F" w:rsidRDefault="2656C0A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At least 1 woman in senior leadership (C-suite, Director, Managing Partner)</w:t>
      </w:r>
    </w:p>
    <w:p w14:paraId="638E71E9" w14:textId="77777777" w:rsidR="00B12531" w:rsidRPr="00D91A1F" w:rsidRDefault="2656C0A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At least 30% of the board of directors are women</w:t>
      </w:r>
    </w:p>
    <w:p w14:paraId="1D8C33EF" w14:textId="77777777" w:rsidR="00B12531" w:rsidRPr="00D91A1F" w:rsidRDefault="2656C0A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At least 30% of the workforce are women, AND formal policies in place for gender equity</w:t>
      </w:r>
    </w:p>
    <w:p w14:paraId="42061F38" w14:textId="09D774BF" w:rsidR="00B12531" w:rsidRPr="00D91A1F" w:rsidRDefault="2656C0A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At least 30% of supply chain are women, AND formal policies in place for gender equity</w:t>
      </w:r>
    </w:p>
    <w:p w14:paraId="542FFA01" w14:textId="77777777" w:rsidR="00B12531" w:rsidRPr="00D91A1F" w:rsidRDefault="2656C0A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None of the above / Not sure</w:t>
      </w:r>
    </w:p>
    <w:p w14:paraId="5C3C627F" w14:textId="2694CCF1" w:rsidR="00B12531" w:rsidRPr="00D91A1F" w:rsidRDefault="00B12531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4786467" w14:textId="17F70A2D" w:rsidR="00B12531" w:rsidRPr="00D91A1F" w:rsidRDefault="00631FE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the legal status of your business?</w:t>
      </w:r>
    </w:p>
    <w:p w14:paraId="794968BE" w14:textId="0BC61D07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r w:rsidR="006BCF44" w:rsidRPr="00D91A1F">
        <w:rPr>
          <w:rFonts w:asciiTheme="majorHAnsi" w:hAnsiTheme="majorHAnsi" w:cstheme="majorHAnsi"/>
          <w:lang w:val="fr-FR"/>
        </w:rPr>
        <w:t>No</w:t>
      </w:r>
      <w:r w:rsidR="2434905D" w:rsidRPr="00D91A1F">
        <w:rPr>
          <w:rFonts w:asciiTheme="majorHAnsi" w:hAnsiTheme="majorHAnsi" w:cstheme="majorHAnsi"/>
          <w:lang w:val="fr-FR"/>
        </w:rPr>
        <w:t xml:space="preserve"> </w:t>
      </w:r>
      <w:proofErr w:type="spellStart"/>
      <w:r w:rsidR="2434905D" w:rsidRPr="00D91A1F">
        <w:rPr>
          <w:rFonts w:asciiTheme="majorHAnsi" w:hAnsiTheme="majorHAnsi" w:cstheme="majorHAnsi"/>
          <w:lang w:val="fr-FR"/>
        </w:rPr>
        <w:t>legal</w:t>
      </w:r>
      <w:proofErr w:type="spellEnd"/>
      <w:r w:rsidR="3325BF1E" w:rsidRPr="00D91A1F">
        <w:rPr>
          <w:rFonts w:asciiTheme="majorHAnsi" w:hAnsiTheme="majorHAnsi" w:cstheme="majorHAnsi"/>
          <w:lang w:val="fr-FR"/>
        </w:rPr>
        <w:t xml:space="preserve"> </w:t>
      </w:r>
      <w:proofErr w:type="spellStart"/>
      <w:r w:rsidR="3325BF1E" w:rsidRPr="00D91A1F">
        <w:rPr>
          <w:rFonts w:asciiTheme="majorHAnsi" w:hAnsiTheme="majorHAnsi" w:cstheme="majorHAnsi"/>
          <w:lang w:val="fr-FR"/>
        </w:rPr>
        <w:t>status</w:t>
      </w:r>
      <w:proofErr w:type="spellEnd"/>
      <w:r w:rsidR="2434905D" w:rsidRPr="00D91A1F">
        <w:rPr>
          <w:rFonts w:asciiTheme="majorHAnsi" w:hAnsiTheme="majorHAnsi" w:cstheme="majorHAnsi"/>
          <w:lang w:val="fr-FR"/>
        </w:rPr>
        <w:t xml:space="preserve"> (</w:t>
      </w:r>
      <w:proofErr w:type="spellStart"/>
      <w:r w:rsidRPr="00D91A1F">
        <w:rPr>
          <w:rFonts w:asciiTheme="majorHAnsi" w:hAnsiTheme="majorHAnsi" w:cstheme="majorHAnsi"/>
          <w:lang w:val="fr-FR"/>
        </w:rPr>
        <w:t>inform</w:t>
      </w:r>
      <w:r w:rsidR="3AE85F81" w:rsidRPr="00D91A1F">
        <w:rPr>
          <w:rFonts w:asciiTheme="majorHAnsi" w:hAnsiTheme="majorHAnsi" w:cstheme="majorHAnsi"/>
          <w:lang w:val="fr-FR"/>
        </w:rPr>
        <w:t>a</w:t>
      </w:r>
      <w:r w:rsidRPr="00D91A1F">
        <w:rPr>
          <w:rFonts w:asciiTheme="majorHAnsi" w:hAnsiTheme="majorHAnsi" w:cstheme="majorHAnsi"/>
          <w:lang w:val="fr-FR"/>
        </w:rPr>
        <w:t>l</w:t>
      </w:r>
      <w:proofErr w:type="spellEnd"/>
      <w:r w:rsidRPr="00D91A1F">
        <w:rPr>
          <w:rFonts w:asciiTheme="majorHAnsi" w:hAnsiTheme="majorHAnsi" w:cstheme="majorHAnsi"/>
          <w:lang w:val="fr-FR"/>
        </w:rPr>
        <w:t>) </w:t>
      </w: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r w:rsidR="1CF3D463" w:rsidRPr="00D91A1F">
        <w:rPr>
          <w:rFonts w:asciiTheme="majorHAnsi" w:hAnsiTheme="majorHAnsi" w:cstheme="majorHAnsi"/>
          <w:lang w:val="fr-FR"/>
        </w:rPr>
        <w:t>Etablissement</w:t>
      </w:r>
      <w:r w:rsidRPr="00D91A1F">
        <w:rPr>
          <w:rFonts w:asciiTheme="majorHAnsi" w:hAnsiTheme="majorHAnsi" w:cstheme="majorHAnsi"/>
          <w:lang w:val="fr-FR"/>
        </w:rPr>
        <w:t> </w:t>
      </w: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SARL</w:t>
      </w:r>
      <w:r w:rsidR="5FB6D65E" w:rsidRPr="00D91A1F">
        <w:rPr>
          <w:rFonts w:asciiTheme="majorHAnsi" w:hAnsiTheme="majorHAnsi" w:cstheme="majorHAnsi"/>
          <w:lang w:val="fr-FR"/>
        </w:rPr>
        <w:t xml:space="preserve">    </w:t>
      </w:r>
      <w:r w:rsidR="5FB6D65E" w:rsidRPr="00D91A1F">
        <w:rPr>
          <w:rFonts w:ascii="Segoe UI Symbol" w:hAnsi="Segoe UI Symbol" w:cs="Segoe UI Symbol"/>
          <w:lang w:val="fr-FR"/>
        </w:rPr>
        <w:t>☐</w:t>
      </w:r>
      <w:r w:rsidR="5FB6D65E" w:rsidRPr="00D91A1F">
        <w:rPr>
          <w:rFonts w:asciiTheme="majorHAnsi" w:hAnsiTheme="majorHAnsi" w:cstheme="majorHAnsi"/>
          <w:lang w:val="fr-FR"/>
        </w:rPr>
        <w:t xml:space="preserve"> SARLU</w:t>
      </w:r>
      <w:r w:rsidRPr="00D91A1F">
        <w:rPr>
          <w:rFonts w:asciiTheme="majorHAnsi" w:hAnsiTheme="majorHAnsi" w:cstheme="majorHAnsi"/>
          <w:lang w:val="fr-FR"/>
        </w:rPr>
        <w:t> </w:t>
      </w:r>
      <w:r w:rsidR="35DA7768" w:rsidRPr="00D91A1F">
        <w:rPr>
          <w:rFonts w:ascii="Segoe UI Symbol" w:hAnsi="Segoe UI Symbol" w:cs="Segoe UI Symbol"/>
          <w:lang w:val="fr-FR"/>
        </w:rPr>
        <w:t>☐</w:t>
      </w:r>
      <w:r w:rsidR="35DA7768" w:rsidRPr="00D91A1F">
        <w:rPr>
          <w:rFonts w:asciiTheme="majorHAnsi" w:hAnsiTheme="majorHAnsi" w:cstheme="majorHAnsi"/>
          <w:lang w:val="fr-FR"/>
        </w:rPr>
        <w:t xml:space="preserve"> SAS    </w:t>
      </w:r>
      <w:r w:rsidR="35DA7768" w:rsidRPr="00D91A1F">
        <w:rPr>
          <w:rFonts w:ascii="Segoe UI Symbol" w:hAnsi="Segoe UI Symbol" w:cs="Segoe UI Symbol"/>
          <w:lang w:val="fr-FR"/>
        </w:rPr>
        <w:t>☐</w:t>
      </w:r>
      <w:r w:rsidR="35DA7768" w:rsidRPr="00D91A1F">
        <w:rPr>
          <w:rFonts w:asciiTheme="majorHAnsi" w:hAnsiTheme="majorHAnsi" w:cstheme="majorHAnsi"/>
          <w:lang w:val="fr-FR"/>
        </w:rPr>
        <w:t xml:space="preserve"> SASU</w:t>
      </w:r>
    </w:p>
    <w:p w14:paraId="168A9741" w14:textId="07B6FAE6" w:rsidR="00B12531" w:rsidRPr="00D91A1F" w:rsidRDefault="35DA776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SA    </w:t>
      </w: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GIE (Groupement d’</w:t>
      </w:r>
      <w:proofErr w:type="spellStart"/>
      <w:r w:rsidRPr="00D91A1F">
        <w:rPr>
          <w:rFonts w:asciiTheme="majorHAnsi" w:hAnsiTheme="majorHAnsi" w:cstheme="majorHAnsi"/>
          <w:lang w:val="fr-FR"/>
        </w:rPr>
        <w:t>Interet</w:t>
      </w:r>
      <w:proofErr w:type="spellEnd"/>
      <w:r w:rsidRPr="00D91A1F">
        <w:rPr>
          <w:rFonts w:asciiTheme="majorHAnsi" w:hAnsiTheme="majorHAnsi" w:cstheme="majorHAnsi"/>
          <w:lang w:val="fr-FR"/>
        </w:rPr>
        <w:t xml:space="preserve"> Economique) </w:t>
      </w: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proofErr w:type="spellStart"/>
      <w:r w:rsidRPr="00D91A1F">
        <w:rPr>
          <w:rFonts w:asciiTheme="majorHAnsi" w:hAnsiTheme="majorHAnsi" w:cstheme="majorHAnsi"/>
          <w:lang w:val="fr-FR"/>
        </w:rPr>
        <w:t>Cooperative</w:t>
      </w:r>
      <w:proofErr w:type="spellEnd"/>
      <w:r w:rsidRPr="00D91A1F">
        <w:rPr>
          <w:rFonts w:asciiTheme="majorHAnsi" w:hAnsiTheme="majorHAnsi" w:cstheme="majorHAnsi"/>
          <w:lang w:val="fr-FR"/>
        </w:rPr>
        <w:t xml:space="preserve">    </w:t>
      </w:r>
      <w:r w:rsidR="7A7B48C1" w:rsidRPr="00D91A1F">
        <w:rPr>
          <w:rFonts w:ascii="Segoe UI Symbol" w:hAnsi="Segoe UI Symbol" w:cs="Segoe UI Symbol"/>
        </w:rPr>
        <w:t>☐</w:t>
      </w:r>
      <w:r w:rsidR="7A7B48C1" w:rsidRPr="00D91A1F">
        <w:rPr>
          <w:rFonts w:asciiTheme="majorHAnsi" w:hAnsiTheme="majorHAnsi" w:cstheme="majorHAnsi"/>
        </w:rPr>
        <w:t xml:space="preserve"> ONG/ASBL    </w:t>
      </w:r>
      <w:r w:rsidR="7A7B48C1" w:rsidRPr="00D91A1F">
        <w:rPr>
          <w:rFonts w:ascii="Segoe UI Symbol" w:hAnsi="Segoe UI Symbol" w:cs="Segoe UI Symbol"/>
        </w:rPr>
        <w:t>☐</w:t>
      </w:r>
      <w:r w:rsidR="7A7B48C1" w:rsidRPr="00D91A1F">
        <w:rPr>
          <w:rFonts w:asciiTheme="majorHAnsi" w:hAnsiTheme="majorHAnsi" w:cstheme="majorHAnsi"/>
        </w:rPr>
        <w:t xml:space="preserve"> SARLU</w:t>
      </w:r>
    </w:p>
    <w:p w14:paraId="19B06EE1" w14:textId="7CB5BE3F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47376DA0" w14:textId="2D922D0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89E6B01" w14:textId="7522C0B8" w:rsidR="02A13686" w:rsidRPr="00D91A1F" w:rsidRDefault="02A13686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If </w:t>
      </w:r>
      <w:proofErr w:type="gramStart"/>
      <w:r w:rsidRPr="00D91A1F">
        <w:rPr>
          <w:rFonts w:asciiTheme="majorHAnsi" w:hAnsiTheme="majorHAnsi" w:cstheme="majorHAnsi"/>
          <w:b/>
          <w:bCs/>
        </w:rPr>
        <w:t>no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legal status, it is because ...</w:t>
      </w:r>
    </w:p>
    <w:p w14:paraId="4F32C6EB" w14:textId="421BA3DE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You tried but were not successful</w:t>
      </w:r>
    </w:p>
    <w:p w14:paraId="38AFD280" w14:textId="30B969B4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You don’t have time</w:t>
      </w:r>
    </w:p>
    <w:p w14:paraId="65C32701" w14:textId="511FA8A1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You don’t have money to register</w:t>
      </w:r>
    </w:p>
    <w:p w14:paraId="3385AAF6" w14:textId="571F8A7E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The process is too complicated</w:t>
      </w:r>
    </w:p>
    <w:p w14:paraId="15ECE61E" w14:textId="1161E9FC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There is no benefit</w:t>
      </w:r>
    </w:p>
    <w:p w14:paraId="78A5B448" w14:textId="3EA52E8A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The business is too small</w:t>
      </w:r>
    </w:p>
    <w:p w14:paraId="274D5F84" w14:textId="52C7EBCF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You don’t want to pay tax</w:t>
      </w:r>
    </w:p>
    <w:p w14:paraId="1682D966" w14:textId="7E43AC8D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Don’t know how to start </w:t>
      </w:r>
    </w:p>
    <w:p w14:paraId="139C9EF2" w14:textId="4425B678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The registration is being processed</w:t>
      </w:r>
    </w:p>
    <w:p w14:paraId="73203A05" w14:textId="4C689EEF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1B9990CB" w14:textId="539D7EB4" w:rsidR="02A13686" w:rsidRPr="00D91A1F" w:rsidRDefault="02A1368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59AEDA86" w14:textId="7BA84BCE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17F56E6" w14:textId="3E4BCC47" w:rsidR="17349009" w:rsidRPr="00D91A1F" w:rsidRDefault="17349009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</w:t>
      </w:r>
      <w:proofErr w:type="spellStart"/>
      <w:r w:rsidRPr="00D91A1F">
        <w:rPr>
          <w:rFonts w:asciiTheme="majorHAnsi" w:hAnsiTheme="majorHAnsi" w:cstheme="majorHAnsi"/>
          <w:b/>
          <w:bCs/>
        </w:rPr>
        <w:t>formalised</w:t>
      </w:r>
      <w:proofErr w:type="spellEnd"/>
      <w:r w:rsidRPr="00D91A1F">
        <w:rPr>
          <w:rFonts w:asciiTheme="majorHAnsi" w:hAnsiTheme="majorHAnsi" w:cstheme="majorHAnsi"/>
          <w:b/>
          <w:bCs/>
        </w:rPr>
        <w:t xml:space="preserve"> is your business management?</w:t>
      </w:r>
    </w:p>
    <w:p w14:paraId="655138B8" w14:textId="34940AEB" w:rsidR="476F49D7" w:rsidRPr="00D91A1F" w:rsidRDefault="476F49D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r w:rsidR="17349009" w:rsidRPr="00D91A1F">
        <w:rPr>
          <w:rFonts w:asciiTheme="majorHAnsi" w:hAnsiTheme="majorHAnsi" w:cstheme="majorHAnsi"/>
        </w:rPr>
        <w:t>I do everything myself and don’t do proper bookkeeping</w:t>
      </w:r>
    </w:p>
    <w:p w14:paraId="7C4656AE" w14:textId="289A7218" w:rsidR="5E8C07DD" w:rsidRPr="00D91A1F" w:rsidRDefault="5E8C07D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r w:rsidR="17349009" w:rsidRPr="00D91A1F">
        <w:rPr>
          <w:rFonts w:asciiTheme="majorHAnsi" w:hAnsiTheme="majorHAnsi" w:cstheme="majorHAnsi"/>
        </w:rPr>
        <w:t>I do everything myself and I also do proper bookkeeping</w:t>
      </w:r>
    </w:p>
    <w:p w14:paraId="61798BF5" w14:textId="5B36E6AF" w:rsidR="12D48C4F" w:rsidRPr="00D91A1F" w:rsidRDefault="12D48C4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r w:rsidR="17349009" w:rsidRPr="00D91A1F">
        <w:rPr>
          <w:rFonts w:asciiTheme="majorHAnsi" w:hAnsiTheme="majorHAnsi" w:cstheme="majorHAnsi"/>
        </w:rPr>
        <w:t>I do have an accounting helping me keep proper reliable accounting</w:t>
      </w:r>
    </w:p>
    <w:p w14:paraId="6D692765" w14:textId="0307E564" w:rsidR="61E4DF3E" w:rsidRPr="00D91A1F" w:rsidRDefault="61E4DF3E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r w:rsidR="17349009" w:rsidRPr="00D91A1F">
        <w:rPr>
          <w:rFonts w:asciiTheme="majorHAnsi" w:hAnsiTheme="majorHAnsi" w:cstheme="majorHAnsi"/>
        </w:rPr>
        <w:t xml:space="preserve">I also work with an auditor/an audit firm </w:t>
      </w:r>
      <w:r w:rsidR="00631FE2" w:rsidRPr="00D91A1F">
        <w:rPr>
          <w:rFonts w:asciiTheme="majorHAnsi" w:hAnsiTheme="majorHAnsi" w:cstheme="majorHAnsi"/>
        </w:rPr>
        <w:t xml:space="preserve"> </w:t>
      </w:r>
    </w:p>
    <w:p w14:paraId="2C9E9056" w14:textId="1739585A" w:rsidR="1CD26ABB" w:rsidRPr="00D91A1F" w:rsidRDefault="1CD26AB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  <w:lang w:val="fr-FR"/>
        </w:rPr>
        <w:t>☐</w:t>
      </w:r>
      <w:r w:rsidRPr="00D91A1F">
        <w:rPr>
          <w:rFonts w:asciiTheme="majorHAnsi" w:hAnsiTheme="majorHAnsi" w:cstheme="majorHAnsi"/>
          <w:lang w:val="fr-FR"/>
        </w:rPr>
        <w:t xml:space="preserve"> </w:t>
      </w:r>
      <w:r w:rsidR="26626C55" w:rsidRPr="00D91A1F">
        <w:rPr>
          <w:rFonts w:asciiTheme="majorHAnsi" w:hAnsiTheme="majorHAnsi" w:cstheme="majorHAnsi"/>
        </w:rPr>
        <w:t>I regularly pay taxes</w:t>
      </w:r>
    </w:p>
    <w:p w14:paraId="6234FC22" w14:textId="4772FEC7" w:rsidR="51F45403" w:rsidRPr="00D91A1F" w:rsidRDefault="51F4540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688D447F" w14:textId="3925F51F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8A4AECF" w14:textId="67550D8A" w:rsidR="024BA737" w:rsidRPr="00D91A1F" w:rsidRDefault="024BA73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visible is your </w:t>
      </w:r>
      <w:proofErr w:type="gramStart"/>
      <w:r w:rsidRPr="00D91A1F">
        <w:rPr>
          <w:rFonts w:asciiTheme="majorHAnsi" w:hAnsiTheme="majorHAnsi" w:cstheme="majorHAnsi"/>
          <w:b/>
          <w:bCs/>
        </w:rPr>
        <w:t>business ?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I have...</w:t>
      </w:r>
    </w:p>
    <w:p w14:paraId="213D7E08" w14:textId="37BA2848" w:rsidR="7B4900CF" w:rsidRPr="00D91A1F" w:rsidRDefault="7B4900C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24BA737" w:rsidRPr="00D91A1F">
        <w:rPr>
          <w:rFonts w:asciiTheme="majorHAnsi" w:hAnsiTheme="majorHAnsi" w:cstheme="majorHAnsi"/>
        </w:rPr>
        <w:t>A website</w:t>
      </w:r>
    </w:p>
    <w:p w14:paraId="68A899F9" w14:textId="20E78EDD" w:rsidR="1B9C1F0A" w:rsidRPr="00D91A1F" w:rsidRDefault="1B9C1F0A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24BA737" w:rsidRPr="00D91A1F">
        <w:rPr>
          <w:rFonts w:asciiTheme="majorHAnsi" w:hAnsiTheme="majorHAnsi" w:cstheme="majorHAnsi"/>
        </w:rPr>
        <w:t>A proper business email address</w:t>
      </w:r>
    </w:p>
    <w:p w14:paraId="57ABBEDF" w14:textId="136DAB67" w:rsidR="25260E3A" w:rsidRPr="00D91A1F" w:rsidRDefault="25260E3A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dedicated </w:t>
      </w:r>
      <w:proofErr w:type="spellStart"/>
      <w:r w:rsidRPr="00D91A1F">
        <w:rPr>
          <w:rFonts w:asciiTheme="majorHAnsi" w:hAnsiTheme="majorHAnsi" w:cstheme="majorHAnsi"/>
        </w:rPr>
        <w:t>Whatsapp</w:t>
      </w:r>
      <w:proofErr w:type="spellEnd"/>
      <w:r w:rsidRPr="00D91A1F">
        <w:rPr>
          <w:rFonts w:asciiTheme="majorHAnsi" w:hAnsiTheme="majorHAnsi" w:cstheme="majorHAnsi"/>
        </w:rPr>
        <w:t xml:space="preserve"> professional number</w:t>
      </w:r>
    </w:p>
    <w:p w14:paraId="42FECFAA" w14:textId="2E572CCC" w:rsidR="4B826106" w:rsidRPr="00D91A1F" w:rsidRDefault="4B82610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24BA737" w:rsidRPr="00D91A1F">
        <w:rPr>
          <w:rFonts w:asciiTheme="majorHAnsi" w:hAnsiTheme="majorHAnsi" w:cstheme="majorHAnsi"/>
        </w:rPr>
        <w:t xml:space="preserve">A </w:t>
      </w:r>
      <w:proofErr w:type="gramStart"/>
      <w:r w:rsidR="024BA737" w:rsidRPr="00D91A1F">
        <w:rPr>
          <w:rFonts w:asciiTheme="majorHAnsi" w:hAnsiTheme="majorHAnsi" w:cstheme="majorHAnsi"/>
        </w:rPr>
        <w:t>Social Media Page</w:t>
      </w:r>
      <w:proofErr w:type="gramEnd"/>
      <w:r w:rsidR="024BA737" w:rsidRPr="00D91A1F">
        <w:rPr>
          <w:rFonts w:asciiTheme="majorHAnsi" w:hAnsiTheme="majorHAnsi" w:cstheme="majorHAnsi"/>
        </w:rPr>
        <w:t xml:space="preserve"> on Facebook</w:t>
      </w:r>
    </w:p>
    <w:p w14:paraId="0375EEED" w14:textId="0E84F9E3" w:rsidR="465F5725" w:rsidRPr="00D91A1F" w:rsidRDefault="465F5725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24BA737" w:rsidRPr="00D91A1F">
        <w:rPr>
          <w:rFonts w:asciiTheme="majorHAnsi" w:hAnsiTheme="majorHAnsi" w:cstheme="majorHAnsi"/>
        </w:rPr>
        <w:t xml:space="preserve">A </w:t>
      </w:r>
      <w:proofErr w:type="gramStart"/>
      <w:r w:rsidR="024BA737" w:rsidRPr="00D91A1F">
        <w:rPr>
          <w:rFonts w:asciiTheme="majorHAnsi" w:hAnsiTheme="majorHAnsi" w:cstheme="majorHAnsi"/>
        </w:rPr>
        <w:t>Social Media Page</w:t>
      </w:r>
      <w:proofErr w:type="gramEnd"/>
      <w:r w:rsidR="024BA737" w:rsidRPr="00D91A1F">
        <w:rPr>
          <w:rFonts w:asciiTheme="majorHAnsi" w:hAnsiTheme="majorHAnsi" w:cstheme="majorHAnsi"/>
        </w:rPr>
        <w:t xml:space="preserve"> on Instagram</w:t>
      </w:r>
    </w:p>
    <w:p w14:paraId="73F8A5ED" w14:textId="38AF19AB" w:rsidR="4AEBD84B" w:rsidRPr="00D91A1F" w:rsidRDefault="4AEBD84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24BA737" w:rsidRPr="00D91A1F">
        <w:rPr>
          <w:rFonts w:asciiTheme="majorHAnsi" w:hAnsiTheme="majorHAnsi" w:cstheme="majorHAnsi"/>
        </w:rPr>
        <w:t>A Twitter/X account or handle</w:t>
      </w:r>
    </w:p>
    <w:p w14:paraId="4FB3E9A0" w14:textId="5B56682E" w:rsidR="1E646CB6" w:rsidRPr="00D91A1F" w:rsidRDefault="1E646CB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5F782A33" w:rsidRPr="00D91A1F">
        <w:rPr>
          <w:rFonts w:asciiTheme="majorHAnsi" w:hAnsiTheme="majorHAnsi" w:cstheme="majorHAnsi"/>
        </w:rPr>
        <w:t xml:space="preserve">I use Tik </w:t>
      </w:r>
      <w:proofErr w:type="spellStart"/>
      <w:r w:rsidR="5F782A33" w:rsidRPr="00D91A1F">
        <w:rPr>
          <w:rFonts w:asciiTheme="majorHAnsi" w:hAnsiTheme="majorHAnsi" w:cstheme="majorHAnsi"/>
        </w:rPr>
        <w:t>tok</w:t>
      </w:r>
      <w:proofErr w:type="spellEnd"/>
    </w:p>
    <w:p w14:paraId="02816D78" w14:textId="2D5EEE29" w:rsidR="7D6852A1" w:rsidRPr="00D91A1F" w:rsidRDefault="7D6852A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24BA737" w:rsidRPr="00D91A1F">
        <w:rPr>
          <w:rFonts w:asciiTheme="majorHAnsi" w:hAnsiTheme="majorHAnsi" w:cstheme="majorHAnsi"/>
        </w:rPr>
        <w:t>Sponsored signage or billboards</w:t>
      </w:r>
    </w:p>
    <w:p w14:paraId="0E7F6DC3" w14:textId="4772FEC7" w:rsidR="162C5641" w:rsidRPr="00D91A1F" w:rsidRDefault="162C564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5EE47A08" w14:textId="6A5946B1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C048A45" w14:textId="3DB45E56" w:rsidR="00631FE2" w:rsidRPr="00D91A1F" w:rsidRDefault="00631FE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In what sector does your business operate?</w:t>
      </w:r>
    </w:p>
    <w:p w14:paraId="62764A17" w14:textId="574178C9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Trade</w:t>
      </w:r>
      <w:r w:rsidR="29F880FF" w:rsidRPr="00D91A1F">
        <w:rPr>
          <w:rFonts w:asciiTheme="majorHAnsi" w:hAnsiTheme="majorHAnsi" w:cstheme="majorHAnsi"/>
        </w:rPr>
        <w:t xml:space="preserve"> (wholesale) </w:t>
      </w:r>
    </w:p>
    <w:p w14:paraId="3A1551BA" w14:textId="344D2F88" w:rsidR="00B12531" w:rsidRPr="00D91A1F" w:rsidRDefault="29F880F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Trade (retail) </w:t>
      </w:r>
    </w:p>
    <w:p w14:paraId="7D663E46" w14:textId="59EAE370" w:rsidR="00B12531" w:rsidRPr="00D91A1F" w:rsidRDefault="29F880F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Trade (wholesale + retail)</w:t>
      </w:r>
      <w:r w:rsidR="00DF3F10" w:rsidRPr="00D91A1F">
        <w:rPr>
          <w:rFonts w:asciiTheme="majorHAnsi" w:hAnsiTheme="majorHAnsi" w:cstheme="majorHAnsi"/>
        </w:rPr>
        <w:t> </w:t>
      </w:r>
    </w:p>
    <w:p w14:paraId="5C107684" w14:textId="3403D845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Services </w:t>
      </w:r>
    </w:p>
    <w:p w14:paraId="5C2013BE" w14:textId="0005C08C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Manufacturing </w:t>
      </w:r>
    </w:p>
    <w:p w14:paraId="17CDB7BF" w14:textId="63C11370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Agriculture </w:t>
      </w:r>
    </w:p>
    <w:p w14:paraId="5F95B55F" w14:textId="319815DF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5EDC7DE3" w14:textId="13E65223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151ACF41" w14:textId="63FB2CCA" w:rsidR="00CA9C87" w:rsidRPr="00D91A1F" w:rsidRDefault="00CA9C8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your main sub-sector?</w:t>
      </w:r>
    </w:p>
    <w:p w14:paraId="1963A6B6" w14:textId="1AF7BF3C" w:rsidR="7B5CA3C3" w:rsidRPr="00D91A1F" w:rsidRDefault="7B5CA3C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FMCG / Food and general trade</w:t>
      </w:r>
      <w:r w:rsidRPr="00D91A1F">
        <w:rPr>
          <w:rFonts w:asciiTheme="majorHAnsi" w:hAnsiTheme="majorHAnsi" w:cstheme="majorHAnsi"/>
        </w:rPr>
        <w:br/>
      </w:r>
      <w:r w:rsidR="005EFD68" w:rsidRPr="00D91A1F">
        <w:rPr>
          <w:rFonts w:ascii="Segoe UI Symbol" w:hAnsi="Segoe UI Symbol" w:cs="Segoe UI Symbol"/>
        </w:rPr>
        <w:t>☐</w:t>
      </w:r>
      <w:r w:rsidR="005EFD68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Miscellaneous trade (non-food)</w:t>
      </w:r>
      <w:r w:rsidRPr="00D91A1F">
        <w:rPr>
          <w:rFonts w:asciiTheme="majorHAnsi" w:hAnsiTheme="majorHAnsi" w:cstheme="majorHAnsi"/>
        </w:rPr>
        <w:br/>
      </w:r>
      <w:r w:rsidR="212B50DE" w:rsidRPr="00D91A1F">
        <w:rPr>
          <w:rFonts w:ascii="Segoe UI Symbol" w:hAnsi="Segoe UI Symbol" w:cs="Segoe UI Symbol"/>
        </w:rPr>
        <w:t>☐</w:t>
      </w:r>
      <w:r w:rsidR="15C86402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Sale of building materials</w:t>
      </w:r>
      <w:r w:rsidR="3CFC9EDF" w:rsidRPr="00D91A1F">
        <w:rPr>
          <w:rFonts w:asciiTheme="majorHAnsi" w:hAnsiTheme="majorHAnsi" w:cstheme="majorHAnsi"/>
        </w:rPr>
        <w:t xml:space="preserve"> (incl Cement)</w:t>
      </w:r>
      <w:r w:rsidRPr="00D91A1F">
        <w:rPr>
          <w:rFonts w:asciiTheme="majorHAnsi" w:hAnsiTheme="majorHAnsi" w:cstheme="majorHAnsi"/>
        </w:rPr>
        <w:br/>
      </w:r>
      <w:r w:rsidR="675D4957" w:rsidRPr="00D91A1F">
        <w:rPr>
          <w:rFonts w:ascii="Segoe UI Symbol" w:hAnsi="Segoe UI Symbol" w:cs="Segoe UI Symbol"/>
        </w:rPr>
        <w:t>☐</w:t>
      </w:r>
      <w:r w:rsidR="75B3635E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Sale of household appliances and/or furniture</w:t>
      </w:r>
      <w:r w:rsidRPr="00D91A1F">
        <w:rPr>
          <w:rFonts w:asciiTheme="majorHAnsi" w:hAnsiTheme="majorHAnsi" w:cstheme="majorHAnsi"/>
        </w:rPr>
        <w:br/>
      </w:r>
      <w:r w:rsidR="4B626E75" w:rsidRPr="00D91A1F">
        <w:rPr>
          <w:rFonts w:ascii="Segoe UI Symbol" w:hAnsi="Segoe UI Symbol" w:cs="Segoe UI Symbol"/>
        </w:rPr>
        <w:t>☐</w:t>
      </w:r>
      <w:r w:rsidR="4B626E75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Other businesses</w:t>
      </w:r>
      <w:r w:rsidRPr="00D91A1F">
        <w:rPr>
          <w:rFonts w:asciiTheme="majorHAnsi" w:hAnsiTheme="majorHAnsi" w:cstheme="majorHAnsi"/>
        </w:rPr>
        <w:br/>
      </w:r>
      <w:r w:rsidR="1D78BD3D" w:rsidRPr="00D91A1F">
        <w:rPr>
          <w:rFonts w:ascii="Segoe UI Symbol" w:hAnsi="Segoe UI Symbol" w:cs="Segoe UI Symbol"/>
        </w:rPr>
        <w:t>☐</w:t>
      </w:r>
      <w:r w:rsidR="1D78BD3D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Agriculture (small scale)</w:t>
      </w:r>
      <w:r w:rsidRPr="00D91A1F">
        <w:rPr>
          <w:rFonts w:asciiTheme="majorHAnsi" w:hAnsiTheme="majorHAnsi" w:cstheme="majorHAnsi"/>
        </w:rPr>
        <w:br/>
      </w:r>
      <w:r w:rsidR="1DE297A5" w:rsidRPr="00D91A1F">
        <w:rPr>
          <w:rFonts w:ascii="Segoe UI Symbol" w:hAnsi="Segoe UI Symbol" w:cs="Segoe UI Symbol"/>
        </w:rPr>
        <w:t>☐</w:t>
      </w:r>
      <w:r w:rsidR="1DE297A5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Agriculture (large scale)</w:t>
      </w:r>
      <w:r w:rsidRPr="00D91A1F">
        <w:rPr>
          <w:rFonts w:asciiTheme="majorHAnsi" w:hAnsiTheme="majorHAnsi" w:cstheme="majorHAnsi"/>
        </w:rPr>
        <w:br/>
      </w:r>
      <w:r w:rsidR="0AC283EA" w:rsidRPr="00D91A1F">
        <w:rPr>
          <w:rFonts w:ascii="Segoe UI Symbol" w:hAnsi="Segoe UI Symbol" w:cs="Segoe UI Symbol"/>
        </w:rPr>
        <w:t>☐</w:t>
      </w:r>
      <w:r w:rsidR="0AC283EA" w:rsidRPr="00D91A1F">
        <w:rPr>
          <w:rFonts w:asciiTheme="majorHAnsi" w:hAnsiTheme="majorHAnsi" w:cstheme="majorHAnsi"/>
        </w:rPr>
        <w:t xml:space="preserve"> </w:t>
      </w:r>
      <w:proofErr w:type="spellStart"/>
      <w:r w:rsidR="2D44888B" w:rsidRPr="00D91A1F">
        <w:rPr>
          <w:rFonts w:asciiTheme="majorHAnsi" w:hAnsiTheme="majorHAnsi" w:cstheme="majorHAnsi"/>
        </w:rPr>
        <w:t>Agro</w:t>
      </w:r>
      <w:proofErr w:type="spellEnd"/>
      <w:r w:rsidR="2D44888B" w:rsidRPr="00D91A1F">
        <w:rPr>
          <w:rFonts w:asciiTheme="majorHAnsi" w:hAnsiTheme="majorHAnsi" w:cstheme="majorHAnsi"/>
        </w:rPr>
        <w:t>-processing</w:t>
      </w:r>
      <w:r w:rsidRPr="00D91A1F">
        <w:rPr>
          <w:rFonts w:asciiTheme="majorHAnsi" w:hAnsiTheme="majorHAnsi" w:cstheme="majorHAnsi"/>
        </w:rPr>
        <w:br/>
      </w:r>
      <w:r w:rsidR="3416F77B" w:rsidRPr="00D91A1F">
        <w:rPr>
          <w:rFonts w:ascii="Segoe UI Symbol" w:hAnsi="Segoe UI Symbol" w:cs="Segoe UI Symbol"/>
        </w:rPr>
        <w:t>☐</w:t>
      </w:r>
      <w:r w:rsidR="3416F77B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Mining</w:t>
      </w:r>
      <w:r w:rsidR="65A8B23C" w:rsidRPr="00D91A1F">
        <w:rPr>
          <w:rFonts w:asciiTheme="majorHAnsi" w:hAnsiTheme="majorHAnsi" w:cstheme="majorHAnsi"/>
        </w:rPr>
        <w:t xml:space="preserve"> value chain (no direct production)</w:t>
      </w:r>
      <w:r w:rsidRPr="00D91A1F">
        <w:rPr>
          <w:rFonts w:asciiTheme="majorHAnsi" w:hAnsiTheme="majorHAnsi" w:cstheme="majorHAnsi"/>
        </w:rPr>
        <w:br/>
      </w:r>
      <w:r w:rsidR="5DFF330F" w:rsidRPr="00D91A1F">
        <w:rPr>
          <w:rFonts w:ascii="Segoe UI Symbol" w:hAnsi="Segoe UI Symbol" w:cs="Segoe UI Symbol"/>
        </w:rPr>
        <w:t>☐</w:t>
      </w:r>
      <w:r w:rsidR="5DFF330F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Telecoms</w:t>
      </w:r>
      <w:r w:rsidR="7EE419BA" w:rsidRPr="00D91A1F">
        <w:rPr>
          <w:rFonts w:asciiTheme="majorHAnsi" w:hAnsiTheme="majorHAnsi" w:cstheme="majorHAnsi"/>
        </w:rPr>
        <w:t xml:space="preserve"> and Telecom value chain</w:t>
      </w:r>
      <w:r w:rsidRPr="00D91A1F">
        <w:rPr>
          <w:rFonts w:asciiTheme="majorHAnsi" w:hAnsiTheme="majorHAnsi" w:cstheme="majorHAnsi"/>
        </w:rPr>
        <w:br/>
      </w:r>
      <w:r w:rsidR="37F244E3" w:rsidRPr="00D91A1F">
        <w:rPr>
          <w:rFonts w:ascii="Segoe UI Symbol" w:hAnsi="Segoe UI Symbol" w:cs="Segoe UI Symbol"/>
        </w:rPr>
        <w:t>☐</w:t>
      </w:r>
      <w:r w:rsidR="37F244E3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Petroleum</w:t>
      </w:r>
      <w:r w:rsidR="090E92AB" w:rsidRPr="00D91A1F">
        <w:rPr>
          <w:rFonts w:asciiTheme="majorHAnsi" w:hAnsiTheme="majorHAnsi" w:cstheme="majorHAnsi"/>
        </w:rPr>
        <w:t xml:space="preserve"> and Petroleum value chain</w:t>
      </w:r>
      <w:r w:rsidRPr="00D91A1F">
        <w:rPr>
          <w:rFonts w:asciiTheme="majorHAnsi" w:hAnsiTheme="majorHAnsi" w:cstheme="majorHAnsi"/>
        </w:rPr>
        <w:br/>
      </w:r>
      <w:r w:rsidR="79E38005" w:rsidRPr="00D91A1F">
        <w:rPr>
          <w:rFonts w:ascii="Segoe UI Symbol" w:hAnsi="Segoe UI Symbol" w:cs="Segoe UI Symbol"/>
        </w:rPr>
        <w:t>☐</w:t>
      </w:r>
      <w:r w:rsidR="79E38005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School, University, Training Center, Others in the education sector</w:t>
      </w:r>
      <w:r w:rsidRPr="00D91A1F">
        <w:rPr>
          <w:rFonts w:asciiTheme="majorHAnsi" w:hAnsiTheme="majorHAnsi" w:cstheme="majorHAnsi"/>
        </w:rPr>
        <w:br/>
      </w:r>
      <w:r w:rsidR="46ECED1E" w:rsidRPr="00D91A1F">
        <w:rPr>
          <w:rFonts w:ascii="Segoe UI Symbol" w:hAnsi="Segoe UI Symbol" w:cs="Segoe UI Symbol"/>
        </w:rPr>
        <w:t>☐</w:t>
      </w:r>
      <w:r w:rsidR="46ECED1E" w:rsidRPr="00D91A1F">
        <w:rPr>
          <w:rFonts w:asciiTheme="majorHAnsi" w:hAnsiTheme="majorHAnsi" w:cstheme="majorHAnsi"/>
        </w:rPr>
        <w:t xml:space="preserve"> Hotel</w:t>
      </w:r>
    </w:p>
    <w:p w14:paraId="6E5653C9" w14:textId="5024BAC2" w:rsidR="05BF3F64" w:rsidRPr="00D91A1F" w:rsidRDefault="05BF3F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Rental of accommodation</w:t>
      </w:r>
    </w:p>
    <w:p w14:paraId="53E7BC38" w14:textId="7D8D44B2" w:rsidR="46ECED1E" w:rsidRPr="00D91A1F" w:rsidRDefault="46ECED1E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Restaurant / Catering services</w:t>
      </w:r>
    </w:p>
    <w:p w14:paraId="2E81195B" w14:textId="2B51850D" w:rsidR="7050461B" w:rsidRPr="00D91A1F" w:rsidRDefault="7050461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Car/vehicle renting services / taxis</w:t>
      </w:r>
    </w:p>
    <w:p w14:paraId="479CD4AE" w14:textId="6AD1514C" w:rsidR="5F80D4B4" w:rsidRPr="00D91A1F" w:rsidRDefault="5F80D4B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Practice, company or</w:t>
      </w:r>
      <w:r w:rsidR="1078EB25" w:rsidRPr="00D91A1F">
        <w:rPr>
          <w:rFonts w:asciiTheme="majorHAnsi" w:hAnsiTheme="majorHAnsi" w:cstheme="majorHAnsi"/>
        </w:rPr>
        <w:t xml:space="preserve"> </w:t>
      </w:r>
      <w:proofErr w:type="spellStart"/>
      <w:r w:rsidR="1078EB25" w:rsidRPr="00D91A1F">
        <w:rPr>
          <w:rFonts w:asciiTheme="majorHAnsi" w:hAnsiTheme="majorHAnsi" w:cstheme="majorHAnsi"/>
        </w:rPr>
        <w:t>organisation</w:t>
      </w:r>
      <w:proofErr w:type="spellEnd"/>
      <w:r w:rsidR="2D44888B" w:rsidRPr="00D91A1F">
        <w:rPr>
          <w:rFonts w:asciiTheme="majorHAnsi" w:hAnsiTheme="majorHAnsi" w:cstheme="majorHAnsi"/>
        </w:rPr>
        <w:t xml:space="preserve"> health </w:t>
      </w:r>
      <w:r w:rsidR="4442C8E6" w:rsidRPr="00D91A1F">
        <w:rPr>
          <w:rFonts w:asciiTheme="majorHAnsi" w:hAnsiTheme="majorHAnsi" w:cstheme="majorHAnsi"/>
        </w:rPr>
        <w:t>services</w:t>
      </w:r>
      <w:r w:rsidRPr="00D91A1F">
        <w:rPr>
          <w:rFonts w:asciiTheme="majorHAnsi" w:hAnsiTheme="majorHAnsi" w:cstheme="majorHAnsi"/>
        </w:rPr>
        <w:br/>
      </w:r>
      <w:r w:rsidR="3CF8281B" w:rsidRPr="00D91A1F">
        <w:rPr>
          <w:rFonts w:ascii="Segoe UI Symbol" w:hAnsi="Segoe UI Symbol" w:cs="Segoe UI Symbol"/>
        </w:rPr>
        <w:t>☐</w:t>
      </w:r>
      <w:r w:rsidR="3CF8281B" w:rsidRPr="00D91A1F">
        <w:rPr>
          <w:rFonts w:asciiTheme="majorHAnsi" w:hAnsiTheme="majorHAnsi" w:cstheme="majorHAnsi"/>
        </w:rPr>
        <w:t xml:space="preserve"> </w:t>
      </w:r>
      <w:r w:rsidR="37A39DCD" w:rsidRPr="00D91A1F">
        <w:rPr>
          <w:rFonts w:asciiTheme="majorHAnsi" w:hAnsiTheme="majorHAnsi" w:cstheme="majorHAnsi"/>
        </w:rPr>
        <w:t>Practice, c</w:t>
      </w:r>
      <w:r w:rsidR="2D44888B" w:rsidRPr="00D91A1F">
        <w:rPr>
          <w:rFonts w:asciiTheme="majorHAnsi" w:hAnsiTheme="majorHAnsi" w:cstheme="majorHAnsi"/>
        </w:rPr>
        <w:t>ompany</w:t>
      </w:r>
      <w:r w:rsidR="7BD96918" w:rsidRPr="00D91A1F">
        <w:rPr>
          <w:rFonts w:asciiTheme="majorHAnsi" w:hAnsiTheme="majorHAnsi" w:cstheme="majorHAnsi"/>
        </w:rPr>
        <w:t xml:space="preserve"> in legal services</w:t>
      </w:r>
      <w:r w:rsidRPr="00D91A1F">
        <w:rPr>
          <w:rFonts w:asciiTheme="majorHAnsi" w:hAnsiTheme="majorHAnsi" w:cstheme="majorHAnsi"/>
        </w:rPr>
        <w:br/>
      </w:r>
      <w:r w:rsidR="3B3982EE" w:rsidRPr="00D91A1F">
        <w:rPr>
          <w:rFonts w:ascii="Segoe UI Symbol" w:hAnsi="Segoe UI Symbol" w:cs="Segoe UI Symbol"/>
        </w:rPr>
        <w:t>☐</w:t>
      </w:r>
      <w:r w:rsidR="3B3982EE" w:rsidRPr="00D91A1F">
        <w:rPr>
          <w:rFonts w:asciiTheme="majorHAnsi" w:hAnsiTheme="majorHAnsi" w:cstheme="majorHAnsi"/>
        </w:rPr>
        <w:t xml:space="preserve"> </w:t>
      </w:r>
      <w:r w:rsidR="75A7F2AD" w:rsidRPr="00D91A1F">
        <w:rPr>
          <w:rFonts w:asciiTheme="majorHAnsi" w:hAnsiTheme="majorHAnsi" w:cstheme="majorHAnsi"/>
        </w:rPr>
        <w:t>C</w:t>
      </w:r>
      <w:r w:rsidR="2D44888B" w:rsidRPr="00D91A1F">
        <w:rPr>
          <w:rFonts w:asciiTheme="majorHAnsi" w:hAnsiTheme="majorHAnsi" w:cstheme="majorHAnsi"/>
        </w:rPr>
        <w:t xml:space="preserve">ompany </w:t>
      </w:r>
      <w:r w:rsidR="1EA95551" w:rsidRPr="00D91A1F">
        <w:rPr>
          <w:rFonts w:asciiTheme="majorHAnsi" w:hAnsiTheme="majorHAnsi" w:cstheme="majorHAnsi"/>
        </w:rPr>
        <w:t>in HR servi</w:t>
      </w:r>
      <w:r w:rsidR="191912B2" w:rsidRPr="00D91A1F">
        <w:rPr>
          <w:rFonts w:asciiTheme="majorHAnsi" w:hAnsiTheme="majorHAnsi" w:cstheme="majorHAnsi"/>
        </w:rPr>
        <w:t>c</w:t>
      </w:r>
      <w:r w:rsidR="1EA95551" w:rsidRPr="00D91A1F">
        <w:rPr>
          <w:rFonts w:asciiTheme="majorHAnsi" w:hAnsiTheme="majorHAnsi" w:cstheme="majorHAnsi"/>
        </w:rPr>
        <w:t>es /</w:t>
      </w:r>
      <w:r w:rsidR="2D44888B" w:rsidRPr="00D91A1F">
        <w:rPr>
          <w:rFonts w:asciiTheme="majorHAnsi" w:hAnsiTheme="majorHAnsi" w:cstheme="majorHAnsi"/>
        </w:rPr>
        <w:t xml:space="preserve"> employee hir</w:t>
      </w:r>
      <w:r w:rsidR="60DAAC15" w:rsidRPr="00D91A1F">
        <w:rPr>
          <w:rFonts w:asciiTheme="majorHAnsi" w:hAnsiTheme="majorHAnsi" w:cstheme="majorHAnsi"/>
        </w:rPr>
        <w:t>ing</w:t>
      </w:r>
      <w:r w:rsidR="2D44888B" w:rsidRPr="00D91A1F">
        <w:rPr>
          <w:rFonts w:asciiTheme="majorHAnsi" w:hAnsiTheme="majorHAnsi" w:cstheme="majorHAnsi"/>
        </w:rPr>
        <w:t xml:space="preserve"> agency</w:t>
      </w:r>
      <w:r w:rsidR="500085EF" w:rsidRPr="00D91A1F">
        <w:rPr>
          <w:rFonts w:asciiTheme="majorHAnsi" w:hAnsiTheme="majorHAnsi" w:cstheme="majorHAnsi"/>
        </w:rPr>
        <w:t xml:space="preserve"> </w:t>
      </w:r>
      <w:r w:rsidRPr="00D91A1F">
        <w:rPr>
          <w:rFonts w:asciiTheme="majorHAnsi" w:hAnsiTheme="majorHAnsi" w:cstheme="majorHAnsi"/>
        </w:rPr>
        <w:br/>
      </w:r>
      <w:r w:rsidR="697D6226" w:rsidRPr="00D91A1F">
        <w:rPr>
          <w:rFonts w:ascii="Segoe UI Symbol" w:hAnsi="Segoe UI Symbol" w:cs="Segoe UI Symbol"/>
        </w:rPr>
        <w:t>☐</w:t>
      </w:r>
      <w:r w:rsidR="697D6226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Advocacy Services</w:t>
      </w:r>
      <w:r w:rsidRPr="00D91A1F">
        <w:rPr>
          <w:rFonts w:asciiTheme="majorHAnsi" w:hAnsiTheme="majorHAnsi" w:cstheme="majorHAnsi"/>
        </w:rPr>
        <w:br/>
      </w:r>
      <w:r w:rsidR="31C491C7" w:rsidRPr="00D91A1F">
        <w:rPr>
          <w:rFonts w:ascii="Segoe UI Symbol" w:hAnsi="Segoe UI Symbol" w:cs="Segoe UI Symbol"/>
        </w:rPr>
        <w:t>☐</w:t>
      </w:r>
      <w:r w:rsidR="31C491C7"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>Services: communication and events</w:t>
      </w:r>
    </w:p>
    <w:p w14:paraId="7D3146A3" w14:textId="3B6D12E0" w:rsidR="6869C668" w:rsidRPr="00D91A1F" w:rsidRDefault="6869C66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2D44888B" w:rsidRPr="00D91A1F">
        <w:rPr>
          <w:rFonts w:asciiTheme="majorHAnsi" w:hAnsiTheme="majorHAnsi" w:cstheme="majorHAnsi"/>
        </w:rPr>
        <w:t xml:space="preserve">Foundations, NGOs, non-profit </w:t>
      </w:r>
      <w:proofErr w:type="spellStart"/>
      <w:r w:rsidR="2D44888B" w:rsidRPr="00D91A1F">
        <w:rPr>
          <w:rFonts w:asciiTheme="majorHAnsi" w:hAnsiTheme="majorHAnsi" w:cstheme="majorHAnsi"/>
        </w:rPr>
        <w:t>organisations</w:t>
      </w:r>
      <w:proofErr w:type="spellEnd"/>
    </w:p>
    <w:p w14:paraId="0B70FFA8" w14:textId="319815DF" w:rsidR="29B66A6C" w:rsidRPr="00D91A1F" w:rsidRDefault="29B66A6C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57F8B20C" w14:textId="4A80D08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DC8ADE0" w14:textId="476D0CA7" w:rsidR="40DEA231" w:rsidRPr="00D91A1F" w:rsidRDefault="40DEA231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best describes what your main business does?</w:t>
      </w:r>
    </w:p>
    <w:p w14:paraId="76AC005C" w14:textId="49642F81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Sell something in the same form that I buy from someone else (don’t add value, e.g. cigarettes)</w:t>
      </w:r>
    </w:p>
    <w:p w14:paraId="4763A1CD" w14:textId="3857BCDD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Sell something that I buy but add value to, e.g. repackage, cook, </w:t>
      </w:r>
      <w:proofErr w:type="spellStart"/>
      <w:r w:rsidRPr="00D91A1F">
        <w:rPr>
          <w:rFonts w:asciiTheme="majorHAnsi" w:hAnsiTheme="majorHAnsi" w:cstheme="majorHAnsi"/>
        </w:rPr>
        <w:t>etc</w:t>
      </w:r>
      <w:proofErr w:type="spellEnd"/>
    </w:p>
    <w:p w14:paraId="50255B46" w14:textId="67456A63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Sell something that I make e.g. crafts, clothes, food, furniture, bricks</w:t>
      </w:r>
    </w:p>
    <w:p w14:paraId="260157DC" w14:textId="3BA6324E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Sell something that I collect from nature, e.g. herbs, firewood, charcoal, thatch, sand, stone</w:t>
      </w:r>
    </w:p>
    <w:p w14:paraId="3F2EFCE1" w14:textId="7A67E2D5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Sell something that I get for free, e.g. </w:t>
      </w:r>
      <w:proofErr w:type="gramStart"/>
      <w:r w:rsidRPr="00D91A1F">
        <w:rPr>
          <w:rFonts w:asciiTheme="majorHAnsi" w:hAnsiTheme="majorHAnsi" w:cstheme="majorHAnsi"/>
        </w:rPr>
        <w:t>second hand</w:t>
      </w:r>
      <w:proofErr w:type="gramEnd"/>
      <w:r w:rsidRPr="00D91A1F">
        <w:rPr>
          <w:rFonts w:asciiTheme="majorHAnsi" w:hAnsiTheme="majorHAnsi" w:cstheme="majorHAnsi"/>
        </w:rPr>
        <w:t xml:space="preserve"> clothes, scrap metal</w:t>
      </w:r>
    </w:p>
    <w:p w14:paraId="1B2C6B3E" w14:textId="534B286F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Rear livestock/poultry and sell e.g. chickens</w:t>
      </w:r>
    </w:p>
    <w:p w14:paraId="382C8368" w14:textId="35B710E3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Sell by-products of animals e.g. meat, eggs, milk</w:t>
      </w:r>
    </w:p>
    <w:p w14:paraId="74A40D30" w14:textId="09BD9E4B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Grow something and sell, e.g. fruit, vegetables, plants (like a nursery)</w:t>
      </w:r>
    </w:p>
    <w:p w14:paraId="13FC56D1" w14:textId="3668C6C5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Provide energy service e.g. electricity, gas, and water</w:t>
      </w:r>
    </w:p>
    <w:p w14:paraId="75319319" w14:textId="169EABAF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Render a professional service e.g. doctor, lawyer, accountant, engineer, consultant</w:t>
      </w:r>
    </w:p>
    <w:p w14:paraId="4956EED2" w14:textId="5B42C74D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Render a skilled service e.g. mechanic, plumber, hair salon, barber, painting, landscaping</w:t>
      </w:r>
    </w:p>
    <w:p w14:paraId="266D5F97" w14:textId="2C070B6C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Render building/construction services</w:t>
      </w:r>
    </w:p>
    <w:p w14:paraId="31E33EEF" w14:textId="73874A1D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Render tourism-related services e.g. accommodation/hotel/B&amp;B/guest house, tour operators</w:t>
      </w:r>
    </w:p>
    <w:p w14:paraId="6045FE08" w14:textId="6C067DCE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Render other services e.g. car wash, garden services, transport (taxi services), catering</w:t>
      </w:r>
    </w:p>
    <w:p w14:paraId="2E0928EE" w14:textId="123E0B73" w:rsidR="40DEA231" w:rsidRPr="00D91A1F" w:rsidRDefault="40DEA2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 (SPECIFY)</w:t>
      </w:r>
    </w:p>
    <w:p w14:paraId="4C1D0A55" w14:textId="6F3BD89C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B052659" w14:textId="5889DEB5" w:rsidR="27744356" w:rsidRPr="00D91A1F" w:rsidRDefault="27744356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Which best describes where your main business is situated</w:t>
      </w:r>
    </w:p>
    <w:p w14:paraId="01C30BDB" w14:textId="70739D14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Office block </w:t>
      </w:r>
    </w:p>
    <w:p w14:paraId="56E320E2" w14:textId="3B0B1CA0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Street or market stall</w:t>
      </w:r>
    </w:p>
    <w:p w14:paraId="7159749B" w14:textId="3F446AD4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</w:t>
      </w:r>
      <w:proofErr w:type="gramStart"/>
      <w:r w:rsidRPr="00D91A1F">
        <w:rPr>
          <w:rFonts w:asciiTheme="majorHAnsi" w:hAnsiTheme="majorHAnsi" w:cstheme="majorHAnsi"/>
        </w:rPr>
        <w:t>Business park</w:t>
      </w:r>
      <w:proofErr w:type="gramEnd"/>
      <w:r w:rsidR="7DCFD3F5" w:rsidRPr="00D91A1F">
        <w:rPr>
          <w:rFonts w:asciiTheme="majorHAnsi" w:hAnsiTheme="majorHAnsi" w:cstheme="majorHAnsi"/>
        </w:rPr>
        <w:t>/Industrial area</w:t>
      </w:r>
    </w:p>
    <w:p w14:paraId="0FFF604D" w14:textId="1FD43719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Factory</w:t>
      </w:r>
    </w:p>
    <w:p w14:paraId="0D296D37" w14:textId="182A751C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Street/street corner/pavement</w:t>
      </w:r>
    </w:p>
    <w:p w14:paraId="0F1A5254" w14:textId="316BAF61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Door to door/Go to customers</w:t>
      </w:r>
    </w:p>
    <w:p w14:paraId="782FBA24" w14:textId="1FD43249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Car/truck/vehicle</w:t>
      </w:r>
    </w:p>
    <w:p w14:paraId="53962DF4" w14:textId="142B88F8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Farm/small holding</w:t>
      </w:r>
    </w:p>
    <w:p w14:paraId="582A7699" w14:textId="7D1F91C6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Residential premises – dwelling/garage/building on residential premises</w:t>
      </w:r>
    </w:p>
    <w:p w14:paraId="7DFF703A" w14:textId="58E7EEAC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Online – internet, phone selling</w:t>
      </w:r>
    </w:p>
    <w:p w14:paraId="6ACC798F" w14:textId="6A6B047E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Stall/table/container in a designated trading or market area</w:t>
      </w:r>
    </w:p>
    <w:p w14:paraId="38D4E162" w14:textId="65D29083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</w:t>
      </w:r>
      <w:proofErr w:type="gramStart"/>
      <w:r w:rsidRPr="00D91A1F">
        <w:rPr>
          <w:rFonts w:asciiTheme="majorHAnsi" w:hAnsiTheme="majorHAnsi" w:cstheme="majorHAnsi"/>
        </w:rPr>
        <w:t>Shopping mall</w:t>
      </w:r>
      <w:proofErr w:type="gramEnd"/>
    </w:p>
    <w:p w14:paraId="4A0F4C6D" w14:textId="1EBB17A3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Office block/office park</w:t>
      </w:r>
    </w:p>
    <w:p w14:paraId="317A8160" w14:textId="49387F8D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Premises dedicated to my business – hotel/accommodation facility/factory/workshop</w:t>
      </w:r>
    </w:p>
    <w:p w14:paraId="1860CC08" w14:textId="437D7E00" w:rsidR="27744356" w:rsidRPr="00D91A1F" w:rsidRDefault="2774435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Other Specify</w:t>
      </w:r>
    </w:p>
    <w:p w14:paraId="0D777F33" w14:textId="72646AB9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D5BF061" w14:textId="7D7E3539" w:rsidR="00B12531" w:rsidRPr="00D91A1F" w:rsidRDefault="00631FE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How many years has your business been in operation</w:t>
      </w:r>
      <w:r w:rsidR="356E2285" w:rsidRPr="00D91A1F">
        <w:rPr>
          <w:rFonts w:asciiTheme="majorHAnsi" w:hAnsiTheme="majorHAnsi" w:cstheme="majorHAnsi"/>
          <w:b/>
          <w:bCs/>
        </w:rPr>
        <w:t xml:space="preserve"> (as a legal entity</w:t>
      </w:r>
      <w:proofErr w:type="gramStart"/>
      <w:r w:rsidR="356E2285" w:rsidRPr="00D91A1F">
        <w:rPr>
          <w:rFonts w:asciiTheme="majorHAnsi" w:hAnsiTheme="majorHAnsi" w:cstheme="majorHAnsi"/>
          <w:b/>
          <w:bCs/>
        </w:rPr>
        <w:t xml:space="preserve">) </w:t>
      </w:r>
      <w:r w:rsidRPr="00D91A1F">
        <w:rPr>
          <w:rFonts w:asciiTheme="majorHAnsi" w:hAnsiTheme="majorHAnsi" w:cstheme="majorHAnsi"/>
          <w:b/>
          <w:bCs/>
        </w:rPr>
        <w:t>?</w:t>
      </w:r>
      <w:proofErr w:type="gramEnd"/>
    </w:p>
    <w:p w14:paraId="3042DE14" w14:textId="5F40C6AA" w:rsidR="36C03C64" w:rsidRPr="00D91A1F" w:rsidRDefault="36C03C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0 to 1 year</w:t>
      </w:r>
    </w:p>
    <w:p w14:paraId="4E494DF3" w14:textId="03CE75FC" w:rsidR="36C03C64" w:rsidRPr="00D91A1F" w:rsidRDefault="36C03C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2 years</w:t>
      </w:r>
    </w:p>
    <w:p w14:paraId="1B4C4E2A" w14:textId="4AA1D793" w:rsidR="36C03C64" w:rsidRPr="00D91A1F" w:rsidRDefault="36C03C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3 years</w:t>
      </w:r>
    </w:p>
    <w:p w14:paraId="7BF540AD" w14:textId="12687FB4" w:rsidR="36C03C64" w:rsidRPr="00D91A1F" w:rsidRDefault="36C03C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4 years</w:t>
      </w:r>
    </w:p>
    <w:p w14:paraId="6C312E5E" w14:textId="0554CB89" w:rsidR="36C03C64" w:rsidRPr="00D91A1F" w:rsidRDefault="36C03C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5 years</w:t>
      </w:r>
    </w:p>
    <w:p w14:paraId="31E903A8" w14:textId="2CCBB672" w:rsidR="36C03C64" w:rsidRPr="00D91A1F" w:rsidRDefault="36C03C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10 years</w:t>
      </w:r>
    </w:p>
    <w:p w14:paraId="1125B3E2" w14:textId="22E3695F" w:rsidR="36C03C64" w:rsidRPr="00D91A1F" w:rsidRDefault="36C03C6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20 years</w:t>
      </w:r>
    </w:p>
    <w:p w14:paraId="4843A8A8" w14:textId="4C1A8E24" w:rsidR="6D9C7354" w:rsidRPr="00D91A1F" w:rsidRDefault="6D9C735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</w:t>
      </w:r>
      <w:r w:rsidR="36C03C64" w:rsidRPr="00D91A1F">
        <w:rPr>
          <w:rFonts w:asciiTheme="majorHAnsi" w:hAnsiTheme="majorHAnsi" w:cstheme="majorHAnsi"/>
        </w:rPr>
        <w:t>more than 20 years</w:t>
      </w:r>
    </w:p>
    <w:p w14:paraId="09004BB8" w14:textId="1239B0C0" w:rsidR="404386DA" w:rsidRPr="00D91A1F" w:rsidRDefault="404386DA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N/A (unregistered)   </w:t>
      </w:r>
    </w:p>
    <w:p w14:paraId="7F03BAA0" w14:textId="54FE8637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DD43523" w14:textId="1F435BDE" w:rsidR="404386DA" w:rsidRPr="00D91A1F" w:rsidRDefault="404386DA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many years have you been active in business (irrespective of </w:t>
      </w:r>
      <w:proofErr w:type="gramStart"/>
      <w:r w:rsidRPr="00D91A1F">
        <w:rPr>
          <w:rFonts w:asciiTheme="majorHAnsi" w:hAnsiTheme="majorHAnsi" w:cstheme="majorHAnsi"/>
          <w:b/>
          <w:bCs/>
        </w:rPr>
        <w:t>if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the current business is registered or not)?</w:t>
      </w:r>
    </w:p>
    <w:p w14:paraId="18BF8A98" w14:textId="5F40C6AA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0 to 1 year</w:t>
      </w:r>
    </w:p>
    <w:p w14:paraId="5C0ED5A1" w14:textId="03CE75FC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2 years</w:t>
      </w:r>
    </w:p>
    <w:p w14:paraId="7C8BCEDE" w14:textId="4AA1D793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3 years</w:t>
      </w:r>
    </w:p>
    <w:p w14:paraId="4D33B8A4" w14:textId="12687FB4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4 years</w:t>
      </w:r>
    </w:p>
    <w:p w14:paraId="5A23E26F" w14:textId="0554CB89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  up to 5 years</w:t>
      </w:r>
    </w:p>
    <w:p w14:paraId="27AE7461" w14:textId="2CCBB672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10 years</w:t>
      </w:r>
    </w:p>
    <w:p w14:paraId="7CDD1019" w14:textId="22E3695F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up to 20 years</w:t>
      </w:r>
    </w:p>
    <w:p w14:paraId="5B9E2D2F" w14:textId="77067E4F" w:rsidR="77AF3F23" w:rsidRPr="00D91A1F" w:rsidRDefault="77AF3F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more than 20 years</w:t>
      </w:r>
    </w:p>
    <w:p w14:paraId="7ED3572B" w14:textId="0A3B24B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F37F0BA" w14:textId="54FE8637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429B1638" w14:textId="71FCD77B" w:rsidR="21C35E37" w:rsidRPr="00D91A1F" w:rsidRDefault="21C35E37" w:rsidP="71042436">
      <w:pPr>
        <w:pStyle w:val="ListBullet"/>
        <w:ind w:left="720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In case of prolonged absence, who currently manages the business?</w:t>
      </w:r>
    </w:p>
    <w:p w14:paraId="1BFAD542" w14:textId="660618C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7F534528" w14:textId="54FE8637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2A4671A9" w14:textId="05E9BF5B" w:rsidR="21C35E37" w:rsidRPr="00D91A1F" w:rsidRDefault="21C35E37" w:rsidP="71042436">
      <w:pPr>
        <w:pStyle w:val="ListBullet"/>
        <w:ind w:left="720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Question specific to </w:t>
      </w:r>
      <w:proofErr w:type="gramStart"/>
      <w:r w:rsidRPr="00D91A1F">
        <w:rPr>
          <w:rFonts w:asciiTheme="majorHAnsi" w:hAnsiTheme="majorHAnsi" w:cstheme="majorHAnsi"/>
          <w:b/>
          <w:bCs/>
        </w:rPr>
        <w:t>main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business </w:t>
      </w:r>
      <w:proofErr w:type="gramStart"/>
      <w:r w:rsidRPr="00D91A1F">
        <w:rPr>
          <w:rFonts w:asciiTheme="majorHAnsi" w:hAnsiTheme="majorHAnsi" w:cstheme="majorHAnsi"/>
          <w:b/>
          <w:bCs/>
        </w:rPr>
        <w:t>leader :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Have you been preparing someone to take over, should you retire one day?</w:t>
      </w:r>
    </w:p>
    <w:p w14:paraId="03978C03" w14:textId="6CA43924" w:rsidR="21C35E37" w:rsidRPr="00D91A1F" w:rsidRDefault="21C35E3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Yes, a family member</w:t>
      </w:r>
    </w:p>
    <w:p w14:paraId="77C7FDB7" w14:textId="7D1FFB84" w:rsidR="21C35E37" w:rsidRPr="00D91A1F" w:rsidRDefault="21C35E3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Yes, someone that is not a family member </w:t>
      </w:r>
    </w:p>
    <w:p w14:paraId="4BEF5C63" w14:textId="1E22E48B" w:rsidR="21C35E37" w:rsidRPr="00D91A1F" w:rsidRDefault="21C35E3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No, I have not prepared anyone </w:t>
      </w:r>
      <w:proofErr w:type="gramStart"/>
      <w:r w:rsidRPr="00D91A1F">
        <w:rPr>
          <w:rFonts w:asciiTheme="majorHAnsi" w:hAnsiTheme="majorHAnsi" w:cstheme="majorHAnsi"/>
        </w:rPr>
        <w:t>yet</w:t>
      </w:r>
      <w:proofErr w:type="gramEnd"/>
      <w:r w:rsidRPr="00D91A1F">
        <w:rPr>
          <w:rFonts w:asciiTheme="majorHAnsi" w:hAnsiTheme="majorHAnsi" w:cstheme="majorHAnsi"/>
        </w:rPr>
        <w:t xml:space="preserve"> but I will</w:t>
      </w:r>
    </w:p>
    <w:p w14:paraId="688EC697" w14:textId="0D3C6D74" w:rsidR="21C35E37" w:rsidRPr="00D91A1F" w:rsidRDefault="21C35E3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</w:t>
      </w:r>
      <w:proofErr w:type="gramStart"/>
      <w:r w:rsidRPr="00D91A1F">
        <w:rPr>
          <w:rFonts w:asciiTheme="majorHAnsi" w:hAnsiTheme="majorHAnsi" w:cstheme="majorHAnsi"/>
        </w:rPr>
        <w:t>, i</w:t>
      </w:r>
      <w:proofErr w:type="gramEnd"/>
      <w:r w:rsidRPr="00D91A1F">
        <w:rPr>
          <w:rFonts w:asciiTheme="majorHAnsi" w:hAnsiTheme="majorHAnsi" w:cstheme="majorHAnsi"/>
        </w:rPr>
        <w:t xml:space="preserve"> have never really thought about it </w:t>
      </w:r>
    </w:p>
    <w:p w14:paraId="2959C1BD" w14:textId="3CD05BFF" w:rsidR="21C35E37" w:rsidRPr="00D91A1F" w:rsidRDefault="21C35E3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 (specify)</w:t>
      </w:r>
    </w:p>
    <w:p w14:paraId="7630C652" w14:textId="758A907E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A85392F" w14:textId="42B26D98" w:rsidR="64D08444" w:rsidRPr="00D91A1F" w:rsidRDefault="64D08444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Thinking back to when you started your main business, how did </w:t>
      </w:r>
      <w:r w:rsidR="31B0AA1B" w:rsidRPr="00D91A1F">
        <w:rPr>
          <w:rFonts w:asciiTheme="majorHAnsi" w:hAnsiTheme="majorHAnsi" w:cstheme="majorHAnsi"/>
          <w:b/>
          <w:bCs/>
        </w:rPr>
        <w:t>you</w:t>
      </w:r>
      <w:r w:rsidRPr="00D91A1F">
        <w:rPr>
          <w:rFonts w:asciiTheme="majorHAnsi" w:hAnsiTheme="majorHAnsi" w:cstheme="majorHAnsi"/>
          <w:b/>
          <w:bCs/>
        </w:rPr>
        <w:t xml:space="preserve"> finance (get the money to start) it</w:t>
      </w:r>
    </w:p>
    <w:p w14:paraId="52E78E92" w14:textId="4F14F070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bank loan </w:t>
      </w:r>
    </w:p>
    <w:p w14:paraId="16F39F0D" w14:textId="06E27E8F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microfinance loan </w:t>
      </w:r>
    </w:p>
    <w:p w14:paraId="3ABF834C" w14:textId="1DE26AAB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loan or gift/donation from friends</w:t>
      </w:r>
    </w:p>
    <w:p w14:paraId="634AB4C7" w14:textId="20F0233B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loan or gift/donation from family members</w:t>
      </w:r>
    </w:p>
    <w:p w14:paraId="46A74E31" w14:textId="5F0BB3CF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loan or donation from community members </w:t>
      </w:r>
    </w:p>
    <w:p w14:paraId="2EBF9A7A" w14:textId="539806B0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Through my own savings </w:t>
      </w:r>
    </w:p>
    <w:p w14:paraId="20D6B2A3" w14:textId="4065E3DD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Through my home loan/bond</w:t>
      </w:r>
    </w:p>
    <w:p w14:paraId="670EFF50" w14:textId="7EDBCA44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From selling personal assets e.g. </w:t>
      </w:r>
      <w:proofErr w:type="gramStart"/>
      <w:r w:rsidRPr="00D91A1F">
        <w:rPr>
          <w:rFonts w:asciiTheme="majorHAnsi" w:hAnsiTheme="majorHAnsi" w:cstheme="majorHAnsi"/>
        </w:rPr>
        <w:t>car</w:t>
      </w:r>
      <w:proofErr w:type="gramEnd"/>
      <w:r w:rsidRPr="00D91A1F">
        <w:rPr>
          <w:rFonts w:asciiTheme="majorHAnsi" w:hAnsiTheme="majorHAnsi" w:cstheme="majorHAnsi"/>
        </w:rPr>
        <w:t xml:space="preserve">, </w:t>
      </w:r>
      <w:proofErr w:type="spellStart"/>
      <w:r w:rsidRPr="00D91A1F">
        <w:rPr>
          <w:rFonts w:asciiTheme="majorHAnsi" w:hAnsiTheme="majorHAnsi" w:cstheme="majorHAnsi"/>
        </w:rPr>
        <w:t>jewellery</w:t>
      </w:r>
      <w:proofErr w:type="spellEnd"/>
      <w:r w:rsidRPr="00D91A1F">
        <w:rPr>
          <w:rFonts w:asciiTheme="majorHAnsi" w:hAnsiTheme="majorHAnsi" w:cstheme="majorHAnsi"/>
        </w:rPr>
        <w:t>, tools</w:t>
      </w:r>
    </w:p>
    <w:p w14:paraId="3245F1A7" w14:textId="3852A036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Through money from income</w:t>
      </w:r>
    </w:p>
    <w:p w14:paraId="24F20AED" w14:textId="05942B1E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Retrenchment package</w:t>
      </w:r>
    </w:p>
    <w:p w14:paraId="705228B2" w14:textId="5CF9FC1A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Government grant</w:t>
      </w:r>
    </w:p>
    <w:p w14:paraId="238416D6" w14:textId="33EAAC64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Credit Card</w:t>
      </w:r>
    </w:p>
    <w:p w14:paraId="298E19D9" w14:textId="39BBBE26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Business partner</w:t>
      </w:r>
    </w:p>
    <w:p w14:paraId="4AAFD2EA" w14:textId="3670EDEC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Informal savings group (“</w:t>
      </w:r>
      <w:proofErr w:type="spellStart"/>
      <w:r w:rsidRPr="00D91A1F">
        <w:rPr>
          <w:rFonts w:asciiTheme="majorHAnsi" w:hAnsiTheme="majorHAnsi" w:cstheme="majorHAnsi"/>
        </w:rPr>
        <w:t>likelemba</w:t>
      </w:r>
      <w:proofErr w:type="spellEnd"/>
      <w:r w:rsidRPr="00D91A1F">
        <w:rPr>
          <w:rFonts w:asciiTheme="majorHAnsi" w:hAnsiTheme="majorHAnsi" w:cstheme="majorHAnsi"/>
        </w:rPr>
        <w:t>” / tontine)</w:t>
      </w:r>
    </w:p>
    <w:p w14:paraId="5198E405" w14:textId="34744F4D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Church group</w:t>
      </w:r>
    </w:p>
    <w:p w14:paraId="6DE14900" w14:textId="4FE43B38" w:rsidR="64D08444" w:rsidRPr="00D91A1F" w:rsidRDefault="64D0844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 specify</w:t>
      </w:r>
    </w:p>
    <w:p w14:paraId="723D570F" w14:textId="5B807628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6685BDE" w14:textId="1CC012C5" w:rsidR="4036BB8D" w:rsidRPr="00D91A1F" w:rsidRDefault="4036BB8D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What were the challenges when you started your business </w:t>
      </w:r>
    </w:p>
    <w:p w14:paraId="5863DF85" w14:textId="3F0F2A89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Borrowing money</w:t>
      </w:r>
    </w:p>
    <w:p w14:paraId="2B9931FB" w14:textId="75F4D727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Opening a bank account</w:t>
      </w:r>
    </w:p>
    <w:p w14:paraId="644603BB" w14:textId="1A44E8FA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Banks didn’t want to help </w:t>
      </w:r>
    </w:p>
    <w:p w14:paraId="0D206C17" w14:textId="4625B4E8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proofErr w:type="gramStart"/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Being owed</w:t>
      </w:r>
      <w:proofErr w:type="gramEnd"/>
      <w:r w:rsidRPr="00D91A1F">
        <w:rPr>
          <w:rFonts w:asciiTheme="majorHAnsi" w:hAnsiTheme="majorHAnsi" w:cstheme="majorHAnsi"/>
        </w:rPr>
        <w:t xml:space="preserve"> money / debtors</w:t>
      </w:r>
    </w:p>
    <w:p w14:paraId="4F37379C" w14:textId="354BA73E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Financial records</w:t>
      </w:r>
    </w:p>
    <w:p w14:paraId="241968A0" w14:textId="2FF2A930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Registering the business</w:t>
      </w:r>
    </w:p>
    <w:p w14:paraId="49CCBD84" w14:textId="5968700F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Laws and regulations</w:t>
      </w:r>
    </w:p>
    <w:p w14:paraId="4AA7665B" w14:textId="125917ED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Tax compliance</w:t>
      </w:r>
    </w:p>
    <w:p w14:paraId="444702C4" w14:textId="2687BA1D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What product / service to sell </w:t>
      </w:r>
    </w:p>
    <w:p w14:paraId="6ACF62C4" w14:textId="5D5DB353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Who to sell to – i.e. who the customers will be</w:t>
      </w:r>
    </w:p>
    <w:p w14:paraId="0C1BAADB" w14:textId="0FC40130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Raising awareness of products / services</w:t>
      </w:r>
    </w:p>
    <w:p w14:paraId="5F91E35B" w14:textId="08D1D0D5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Too many competitors</w:t>
      </w:r>
    </w:p>
    <w:p w14:paraId="4F46FA98" w14:textId="3B4C3CE0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Not enough customers</w:t>
      </w:r>
    </w:p>
    <w:p w14:paraId="7F6EFAEF" w14:textId="653E9B1C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Problems with stock / goods sold</w:t>
      </w:r>
    </w:p>
    <w:p w14:paraId="415A9CED" w14:textId="301EBB83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Finding the right staff</w:t>
      </w:r>
    </w:p>
    <w:p w14:paraId="41F6EE08" w14:textId="0878C409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Problems with staff</w:t>
      </w:r>
    </w:p>
    <w:p w14:paraId="57B0C9C2" w14:textId="33700F8B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Own lack of skills / experience</w:t>
      </w:r>
    </w:p>
    <w:p w14:paraId="4A1260E9" w14:textId="37F23745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Writing a business plan</w:t>
      </w:r>
    </w:p>
    <w:p w14:paraId="49BEB0DF" w14:textId="62A2ACE5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Finding business premises or space</w:t>
      </w:r>
    </w:p>
    <w:p w14:paraId="6D1CA7A2" w14:textId="728A689B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Care burden (family/household responsibilities)</w:t>
      </w:r>
    </w:p>
    <w:p w14:paraId="715A7C1F" w14:textId="20FB08B1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Connecting water services</w:t>
      </w:r>
    </w:p>
    <w:p w14:paraId="16030852" w14:textId="456D1B6E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Connecting electricity</w:t>
      </w:r>
    </w:p>
    <w:p w14:paraId="3FC91435" w14:textId="747F1480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Transport e.g. moving stock</w:t>
      </w:r>
    </w:p>
    <w:p w14:paraId="688F645E" w14:textId="726AEDED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Equipment </w:t>
      </w:r>
    </w:p>
    <w:p w14:paraId="64CE8842" w14:textId="775E028E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Crime / theft by staff </w:t>
      </w:r>
    </w:p>
    <w:p w14:paraId="69F08D92" w14:textId="15355819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Crime / theft by others</w:t>
      </w:r>
    </w:p>
    <w:p w14:paraId="01FE69B1" w14:textId="24D41229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Loadshedding / electricity blackouts</w:t>
      </w:r>
    </w:p>
    <w:p w14:paraId="1DD312B6" w14:textId="09DBB563" w:rsidR="4036BB8D" w:rsidRPr="00D91A1F" w:rsidRDefault="4036BB8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 specify</w:t>
      </w:r>
    </w:p>
    <w:p w14:paraId="6EFC17A2" w14:textId="6A5432CC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EF23C04" w14:textId="34149AB9" w:rsidR="00B12531" w:rsidRPr="00D91A1F" w:rsidRDefault="00631FE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your average monthly business turnover (USD)?</w:t>
      </w:r>
    </w:p>
    <w:p w14:paraId="5DF56415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&lt; $5,000 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$5,001 – $10,000 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$10,001 – $30,000 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$30,001 – $50,000</w:t>
      </w:r>
    </w:p>
    <w:p w14:paraId="6637AFD7" w14:textId="42FD2902" w:rsidR="00DF3F10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$50,001 – $100,000 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$100,001 – $500,000 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$500,001 – $1,000,000</w:t>
      </w:r>
      <w:r w:rsidR="007A505F" w:rsidRPr="00D91A1F">
        <w:rPr>
          <w:rFonts w:asciiTheme="majorHAnsi" w:hAnsiTheme="majorHAnsi" w:cstheme="majorHAnsi"/>
        </w:rPr>
        <w:t xml:space="preserve"> </w:t>
      </w:r>
    </w:p>
    <w:p w14:paraId="1C70E387" w14:textId="59490609" w:rsidR="007A505F" w:rsidRPr="00D91A1F" w:rsidRDefault="007A505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 $1,000,001-10,000,000</w:t>
      </w:r>
      <w:r w:rsidR="6C5C8F99" w:rsidRPr="00D91A1F">
        <w:rPr>
          <w:rFonts w:asciiTheme="majorHAnsi" w:hAnsiTheme="majorHAnsi" w:cstheme="majorHAnsi"/>
        </w:rPr>
        <w:t xml:space="preserve">  </w:t>
      </w:r>
      <w:r w:rsidR="00DF3F10" w:rsidRPr="00D91A1F">
        <w:rPr>
          <w:rFonts w:asciiTheme="majorHAnsi" w:hAnsiTheme="majorHAnsi" w:cstheme="majorHAnsi"/>
        </w:rPr>
        <w:t xml:space="preserve"> </w:t>
      </w:r>
      <w:r w:rsidR="29DB4F1E" w:rsidRPr="00D91A1F">
        <w:rPr>
          <w:rFonts w:ascii="Segoe UI Symbol" w:hAnsi="Segoe UI Symbol" w:cs="Segoe UI Symbol"/>
        </w:rPr>
        <w:t>☐</w:t>
      </w:r>
      <w:r w:rsidR="00DF3F10" w:rsidRPr="00D91A1F">
        <w:rPr>
          <w:rFonts w:asciiTheme="majorHAnsi" w:hAnsiTheme="majorHAnsi" w:cstheme="majorHAnsi"/>
        </w:rPr>
        <w:t xml:space="preserve"> $</w:t>
      </w:r>
      <w:r w:rsidRPr="00D91A1F">
        <w:rPr>
          <w:rFonts w:asciiTheme="majorHAnsi" w:hAnsiTheme="majorHAnsi" w:cstheme="majorHAnsi"/>
        </w:rPr>
        <w:t>10,000,00</w:t>
      </w:r>
      <w:r w:rsidR="001B576D" w:rsidRPr="00D91A1F">
        <w:rPr>
          <w:rFonts w:asciiTheme="majorHAnsi" w:hAnsiTheme="majorHAnsi" w:cstheme="majorHAnsi"/>
        </w:rPr>
        <w:t>1</w:t>
      </w:r>
      <w:r w:rsidRPr="00D91A1F">
        <w:rPr>
          <w:rFonts w:asciiTheme="majorHAnsi" w:hAnsiTheme="majorHAnsi" w:cstheme="majorHAnsi"/>
        </w:rPr>
        <w:t xml:space="preserve">-20,000,000  </w:t>
      </w:r>
      <w:r w:rsidRPr="00D91A1F">
        <w:rPr>
          <w:rFonts w:asciiTheme="majorHAnsi" w:hAnsiTheme="majorHAnsi" w:cstheme="majorHAnsi"/>
        </w:rPr>
        <w:t>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 $20,000,000</w:t>
      </w:r>
    </w:p>
    <w:p w14:paraId="5BA04DCE" w14:textId="78162C5A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8B68465" w14:textId="4F65B9A4" w:rsidR="35899969" w:rsidRPr="00D91A1F" w:rsidRDefault="35899969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Other than your main business income, do you have any other income from the list below? Select all that apply. </w:t>
      </w:r>
    </w:p>
    <w:p w14:paraId="0B2FE408" w14:textId="3CC89BDE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 don’t have any other income</w:t>
      </w:r>
    </w:p>
    <w:p w14:paraId="31C3436C" w14:textId="517E1195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Income / money from another business in a similar industry</w:t>
      </w:r>
    </w:p>
    <w:p w14:paraId="56007CDB" w14:textId="29055EF0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Income / money from other businesses in other industries</w:t>
      </w:r>
    </w:p>
    <w:p w14:paraId="3C84C3D2" w14:textId="60A4935C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My spouse’s salary / earnings</w:t>
      </w:r>
    </w:p>
    <w:p w14:paraId="24295D9B" w14:textId="73D6DA5B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Other family contributions</w:t>
      </w:r>
    </w:p>
    <w:p w14:paraId="2F3A6DC9" w14:textId="4478932B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Grant(s)</w:t>
      </w:r>
    </w:p>
    <w:p w14:paraId="6C954A45" w14:textId="07D8925A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Government pension</w:t>
      </w:r>
    </w:p>
    <w:p w14:paraId="550E7593" w14:textId="1D5A32EC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Investments</w:t>
      </w:r>
    </w:p>
    <w:p w14:paraId="6447AC27" w14:textId="1C77BEB3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Remittances</w:t>
      </w:r>
    </w:p>
    <w:p w14:paraId="7B2B96BD" w14:textId="412FA7FD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Salary, wage or income from someone else</w:t>
      </w:r>
    </w:p>
    <w:p w14:paraId="204C0957" w14:textId="44717427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Salary, wage or income from another job</w:t>
      </w:r>
    </w:p>
    <w:p w14:paraId="19F58DF0" w14:textId="1D5DC5BF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Salary, wage or income from another business that I own or run</w:t>
      </w:r>
    </w:p>
    <w:p w14:paraId="6CCF3776" w14:textId="46A57729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Commissions / bonus</w:t>
      </w:r>
    </w:p>
    <w:p w14:paraId="43FCB99C" w14:textId="110A6F81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Subletting of business premises</w:t>
      </w:r>
    </w:p>
    <w:p w14:paraId="780666CB" w14:textId="7E76DDE3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Subletting of home (own and other property)</w:t>
      </w:r>
    </w:p>
    <w:p w14:paraId="63AF8221" w14:textId="76308123" w:rsidR="35899969" w:rsidRPr="00D91A1F" w:rsidRDefault="358999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 specify</w:t>
      </w:r>
      <w:proofErr w:type="gramStart"/>
      <w:r w:rsidRPr="00D91A1F">
        <w:rPr>
          <w:rFonts w:asciiTheme="majorHAnsi" w:hAnsiTheme="majorHAnsi" w:cstheme="majorHAnsi"/>
        </w:rPr>
        <w:t>…..</w:t>
      </w:r>
      <w:proofErr w:type="gramEnd"/>
    </w:p>
    <w:p w14:paraId="111CFA0E" w14:textId="3B571A85" w:rsidR="71042436" w:rsidRPr="00D91A1F" w:rsidRDefault="71042436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</w:rPr>
      </w:pPr>
    </w:p>
    <w:p w14:paraId="5C2575D1" w14:textId="74AAF3A3" w:rsidR="00B12531" w:rsidRPr="00D91A1F" w:rsidRDefault="00631FE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How many employees does your business have (excluding you)?</w:t>
      </w:r>
    </w:p>
    <w:p w14:paraId="2425B768" w14:textId="642996A5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0</w:t>
      </w:r>
      <w:r w:rsidR="007A505F" w:rsidRPr="00D91A1F">
        <w:rPr>
          <w:rFonts w:asciiTheme="majorHAnsi" w:hAnsiTheme="majorHAnsi" w:cstheme="majorHAnsi"/>
        </w:rPr>
        <w:t xml:space="preserve"> (I’m alone)</w:t>
      </w:r>
      <w:r w:rsidRPr="00D91A1F">
        <w:rPr>
          <w:rFonts w:asciiTheme="majorHAnsi" w:hAnsiTheme="majorHAnsi" w:cstheme="majorHAnsi"/>
        </w:rPr>
        <w:t>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1–5 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6–</w:t>
      </w:r>
      <w:r w:rsidR="007A505F" w:rsidRPr="00D91A1F">
        <w:rPr>
          <w:rFonts w:asciiTheme="majorHAnsi" w:hAnsiTheme="majorHAnsi" w:cstheme="majorHAnsi"/>
        </w:rPr>
        <w:t>9</w:t>
      </w:r>
      <w:r w:rsidRPr="00D91A1F">
        <w:rPr>
          <w:rFonts w:asciiTheme="majorHAnsi" w:hAnsiTheme="majorHAnsi" w:cstheme="majorHAnsi"/>
        </w:rPr>
        <w:t>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1</w:t>
      </w:r>
      <w:r w:rsidR="007A505F" w:rsidRPr="00D91A1F">
        <w:rPr>
          <w:rFonts w:asciiTheme="majorHAnsi" w:hAnsiTheme="majorHAnsi" w:cstheme="majorHAnsi"/>
        </w:rPr>
        <w:t xml:space="preserve">0-49   </w:t>
      </w:r>
      <w:r w:rsidR="007A505F" w:rsidRPr="00D91A1F">
        <w:rPr>
          <w:rFonts w:ascii="Segoe UI Symbol" w:hAnsi="Segoe UI Symbol" w:cs="Segoe UI Symbol"/>
        </w:rPr>
        <w:t>☐</w:t>
      </w:r>
      <w:r w:rsidR="007A505F" w:rsidRPr="00D91A1F">
        <w:rPr>
          <w:rFonts w:asciiTheme="majorHAnsi" w:hAnsiTheme="majorHAnsi" w:cstheme="majorHAnsi"/>
        </w:rPr>
        <w:t xml:space="preserve"> 50-200   </w:t>
      </w:r>
      <w:r w:rsidR="007A505F" w:rsidRPr="00D91A1F">
        <w:rPr>
          <w:rFonts w:ascii="Segoe UI Symbol" w:hAnsi="Segoe UI Symbol" w:cs="Segoe UI Symbol"/>
        </w:rPr>
        <w:t>☐</w:t>
      </w:r>
      <w:r w:rsidR="007A505F" w:rsidRPr="00D91A1F">
        <w:rPr>
          <w:rFonts w:asciiTheme="majorHAnsi" w:hAnsiTheme="majorHAnsi" w:cstheme="majorHAnsi"/>
        </w:rPr>
        <w:t xml:space="preserve"> +201</w:t>
      </w:r>
    </w:p>
    <w:p w14:paraId="107B5FA9" w14:textId="597D98A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5F996DD" w14:textId="4A3B3FBC" w:rsidR="6AFABD4D" w:rsidRPr="00D91A1F" w:rsidRDefault="6AFABD4D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do you pay your employees their salaries or wages? </w:t>
      </w:r>
    </w:p>
    <w:p w14:paraId="15FB44EE" w14:textId="5488D6C0" w:rsidR="002BE4E0" w:rsidRPr="00D91A1F" w:rsidRDefault="002BE4E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FABD4D" w:rsidRPr="00D91A1F">
        <w:rPr>
          <w:rFonts w:asciiTheme="majorHAnsi" w:hAnsiTheme="majorHAnsi" w:cstheme="majorHAnsi"/>
        </w:rPr>
        <w:t>Bank transfer</w:t>
      </w:r>
    </w:p>
    <w:p w14:paraId="6AC476F5" w14:textId="07D80F7E" w:rsidR="06FA58FD" w:rsidRPr="00D91A1F" w:rsidRDefault="06FA58F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FABD4D" w:rsidRPr="00D91A1F">
        <w:rPr>
          <w:rFonts w:asciiTheme="majorHAnsi" w:hAnsiTheme="majorHAnsi" w:cstheme="majorHAnsi"/>
        </w:rPr>
        <w:t>Cash</w:t>
      </w:r>
    </w:p>
    <w:p w14:paraId="7C80D4EE" w14:textId="6DD2ACCF" w:rsidR="08D36FEC" w:rsidRPr="00D91A1F" w:rsidRDefault="08D36FEC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FABD4D" w:rsidRPr="00D91A1F">
        <w:rPr>
          <w:rFonts w:asciiTheme="majorHAnsi" w:hAnsiTheme="majorHAnsi" w:cstheme="majorHAnsi"/>
        </w:rPr>
        <w:t>Cheque</w:t>
      </w:r>
    </w:p>
    <w:p w14:paraId="4D4703F3" w14:textId="69F5FA9E" w:rsidR="056E96E7" w:rsidRPr="00D91A1F" w:rsidRDefault="056E96E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FABD4D" w:rsidRPr="00D91A1F">
        <w:rPr>
          <w:rFonts w:asciiTheme="majorHAnsi" w:hAnsiTheme="majorHAnsi" w:cstheme="majorHAnsi"/>
        </w:rPr>
        <w:t>App banking</w:t>
      </w:r>
      <w:r w:rsidR="7F64C1BD" w:rsidRPr="00D91A1F">
        <w:rPr>
          <w:rFonts w:asciiTheme="majorHAnsi" w:hAnsiTheme="majorHAnsi" w:cstheme="majorHAnsi"/>
        </w:rPr>
        <w:t xml:space="preserve"> on my phone</w:t>
      </w:r>
    </w:p>
    <w:p w14:paraId="33223428" w14:textId="4183487A" w:rsidR="5FCFA968" w:rsidRPr="00D91A1F" w:rsidRDefault="5FCFA96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FABD4D" w:rsidRPr="00D91A1F">
        <w:rPr>
          <w:rFonts w:asciiTheme="majorHAnsi" w:hAnsiTheme="majorHAnsi" w:cstheme="majorHAnsi"/>
        </w:rPr>
        <w:t xml:space="preserve">Internet banking </w:t>
      </w:r>
      <w:r w:rsidR="2D616EC6" w:rsidRPr="00D91A1F">
        <w:rPr>
          <w:rFonts w:asciiTheme="majorHAnsi" w:hAnsiTheme="majorHAnsi" w:cstheme="majorHAnsi"/>
        </w:rPr>
        <w:t>on my computer</w:t>
      </w:r>
    </w:p>
    <w:p w14:paraId="08D5E15A" w14:textId="24EABDEC" w:rsidR="44CE6736" w:rsidRPr="00D91A1F" w:rsidRDefault="44CE67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FABD4D" w:rsidRPr="00D91A1F">
        <w:rPr>
          <w:rFonts w:asciiTheme="majorHAnsi" w:hAnsiTheme="majorHAnsi" w:cstheme="majorHAnsi"/>
        </w:rPr>
        <w:t xml:space="preserve">Money Transfer </w:t>
      </w:r>
    </w:p>
    <w:p w14:paraId="3E1E888E" w14:textId="72EAF9C3" w:rsidR="0E7B0D6A" w:rsidRPr="00D91A1F" w:rsidRDefault="0E7B0D6A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75E801D7" w:rsidRPr="00D91A1F">
        <w:rPr>
          <w:rFonts w:asciiTheme="majorHAnsi" w:hAnsiTheme="majorHAnsi" w:cstheme="majorHAnsi"/>
        </w:rPr>
        <w:t>Mobile money (</w:t>
      </w:r>
      <w:proofErr w:type="spellStart"/>
      <w:r w:rsidR="75E801D7" w:rsidRPr="00D91A1F">
        <w:rPr>
          <w:rFonts w:asciiTheme="majorHAnsi" w:hAnsiTheme="majorHAnsi" w:cstheme="majorHAnsi"/>
        </w:rPr>
        <w:t>Mpesa</w:t>
      </w:r>
      <w:proofErr w:type="spellEnd"/>
      <w:r w:rsidR="75E801D7" w:rsidRPr="00D91A1F">
        <w:rPr>
          <w:rFonts w:asciiTheme="majorHAnsi" w:hAnsiTheme="majorHAnsi" w:cstheme="majorHAnsi"/>
        </w:rPr>
        <w:t xml:space="preserve">, Orange Money, Airtel </w:t>
      </w:r>
      <w:proofErr w:type="gramStart"/>
      <w:r w:rsidR="75E801D7" w:rsidRPr="00D91A1F">
        <w:rPr>
          <w:rFonts w:asciiTheme="majorHAnsi" w:hAnsiTheme="majorHAnsi" w:cstheme="majorHAnsi"/>
        </w:rPr>
        <w:t>Money..</w:t>
      </w:r>
      <w:proofErr w:type="gramEnd"/>
      <w:r w:rsidR="75E801D7" w:rsidRPr="00D91A1F">
        <w:rPr>
          <w:rFonts w:asciiTheme="majorHAnsi" w:hAnsiTheme="majorHAnsi" w:cstheme="majorHAnsi"/>
        </w:rPr>
        <w:t>)</w:t>
      </w:r>
    </w:p>
    <w:p w14:paraId="1A9E5654" w14:textId="664FFF50" w:rsidR="26499769" w:rsidRPr="00D91A1F" w:rsidRDefault="2649976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FABD4D" w:rsidRPr="00D91A1F">
        <w:rPr>
          <w:rFonts w:asciiTheme="majorHAnsi" w:hAnsiTheme="majorHAnsi" w:cstheme="majorHAnsi"/>
        </w:rPr>
        <w:t>Other, specify...</w:t>
      </w:r>
    </w:p>
    <w:p w14:paraId="664E5B96" w14:textId="71AFEE98" w:rsidR="422B6DF8" w:rsidRPr="00D91A1F" w:rsidRDefault="422B6DF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N/A - </w:t>
      </w:r>
      <w:r w:rsidR="6AFABD4D" w:rsidRPr="00D91A1F">
        <w:rPr>
          <w:rFonts w:asciiTheme="majorHAnsi" w:hAnsiTheme="majorHAnsi" w:cstheme="majorHAnsi"/>
        </w:rPr>
        <w:t>I do not have employees</w:t>
      </w:r>
    </w:p>
    <w:p w14:paraId="0B5F44AC" w14:textId="5FF2430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4EDE30BC" w14:textId="6C3661A6" w:rsidR="78E681BF" w:rsidRPr="00D91A1F" w:rsidRDefault="78E681B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Stock and supply</w:t>
      </w:r>
    </w:p>
    <w:p w14:paraId="0CC4D132" w14:textId="6306CB68" w:rsidR="78E681BF" w:rsidRPr="00D91A1F" w:rsidRDefault="78E681B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  <w:b/>
          <w:bCs/>
        </w:rPr>
        <w:t xml:space="preserve">How many suppliers or vendors (i.e. people or companies that you buy </w:t>
      </w:r>
      <w:proofErr w:type="spellStart"/>
      <w:r w:rsidRPr="00D91A1F">
        <w:rPr>
          <w:rFonts w:asciiTheme="majorHAnsi" w:hAnsiTheme="majorHAnsi" w:cstheme="majorHAnsi"/>
          <w:b/>
          <w:bCs/>
        </w:rPr>
        <w:t>good</w:t>
      </w:r>
      <w:proofErr w:type="spellEnd"/>
      <w:r w:rsidRPr="00D91A1F">
        <w:rPr>
          <w:rFonts w:asciiTheme="majorHAnsi" w:hAnsiTheme="majorHAnsi" w:cstheme="majorHAnsi"/>
          <w:b/>
          <w:bCs/>
        </w:rPr>
        <w:t xml:space="preserve"> or services) do you have?</w:t>
      </w:r>
    </w:p>
    <w:p w14:paraId="4B7A78AD" w14:textId="5FD62316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46849D1" w14:textId="4DFFDF67" w:rsidR="78E681BF" w:rsidRPr="00D91A1F" w:rsidRDefault="78E681BF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do you pay your suppliers or vendors?  </w:t>
      </w:r>
    </w:p>
    <w:p w14:paraId="6F78C136" w14:textId="60BDB3C4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Bank transfer</w:t>
      </w:r>
    </w:p>
    <w:p w14:paraId="1FDEC598" w14:textId="07D80F7E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Cash</w:t>
      </w:r>
    </w:p>
    <w:p w14:paraId="38A96A67" w14:textId="6DD2ACCF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Cheque</w:t>
      </w:r>
    </w:p>
    <w:p w14:paraId="3540A0CE" w14:textId="69F5FA9E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App banking on my phone</w:t>
      </w:r>
    </w:p>
    <w:p w14:paraId="7664208A" w14:textId="4183487A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Internet banking on my computer</w:t>
      </w:r>
    </w:p>
    <w:p w14:paraId="7690C1AD" w14:textId="24EABDEC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Money Transfer </w:t>
      </w:r>
    </w:p>
    <w:p w14:paraId="3F7D7D71" w14:textId="72EAF9C3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Mobile money (</w:t>
      </w:r>
      <w:proofErr w:type="spellStart"/>
      <w:r w:rsidRPr="00D91A1F">
        <w:rPr>
          <w:rFonts w:asciiTheme="majorHAnsi" w:hAnsiTheme="majorHAnsi" w:cstheme="majorHAnsi"/>
        </w:rPr>
        <w:t>Mpesa</w:t>
      </w:r>
      <w:proofErr w:type="spellEnd"/>
      <w:r w:rsidRPr="00D91A1F">
        <w:rPr>
          <w:rFonts w:asciiTheme="majorHAnsi" w:hAnsiTheme="majorHAnsi" w:cstheme="majorHAnsi"/>
        </w:rPr>
        <w:t xml:space="preserve">, Orange Money, Airtel </w:t>
      </w:r>
      <w:proofErr w:type="gramStart"/>
      <w:r w:rsidRPr="00D91A1F">
        <w:rPr>
          <w:rFonts w:asciiTheme="majorHAnsi" w:hAnsiTheme="majorHAnsi" w:cstheme="majorHAnsi"/>
        </w:rPr>
        <w:t>Money..</w:t>
      </w:r>
      <w:proofErr w:type="gramEnd"/>
      <w:r w:rsidRPr="00D91A1F">
        <w:rPr>
          <w:rFonts w:asciiTheme="majorHAnsi" w:hAnsiTheme="majorHAnsi" w:cstheme="majorHAnsi"/>
        </w:rPr>
        <w:t>)</w:t>
      </w:r>
    </w:p>
    <w:p w14:paraId="28C5CFE0" w14:textId="664FFF50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Other, specify...</w:t>
      </w:r>
    </w:p>
    <w:p w14:paraId="761481BC" w14:textId="3F717218" w:rsidR="28509519" w:rsidRPr="00D91A1F" w:rsidRDefault="2850951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N/A - I do not have employees</w:t>
      </w:r>
    </w:p>
    <w:p w14:paraId="57C90985" w14:textId="7286D795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10395856" w14:textId="3D36EA59" w:rsidR="568921D7" w:rsidRPr="00D91A1F" w:rsidRDefault="568921D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Do you</w:t>
      </w:r>
    </w:p>
    <w:p w14:paraId="79D1655B" w14:textId="2F4EED30" w:rsidR="568921D7" w:rsidRPr="00D91A1F" w:rsidRDefault="568921D7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Buy goods / stock daily</w:t>
      </w:r>
    </w:p>
    <w:p w14:paraId="2DBCE7AE" w14:textId="5B3A2931" w:rsidR="568921D7" w:rsidRPr="00D91A1F" w:rsidRDefault="568921D7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Buy good / stock weekly</w:t>
      </w:r>
    </w:p>
    <w:p w14:paraId="6F407741" w14:textId="3FBA9B64" w:rsidR="568921D7" w:rsidRPr="00D91A1F" w:rsidRDefault="568921D7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Buy good / stock monthly</w:t>
      </w:r>
    </w:p>
    <w:p w14:paraId="11272AF0" w14:textId="3603E461" w:rsidR="568921D7" w:rsidRPr="00D91A1F" w:rsidRDefault="568921D7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Buy </w:t>
      </w:r>
      <w:proofErr w:type="gramStart"/>
      <w:r w:rsidRPr="00D91A1F">
        <w:rPr>
          <w:rFonts w:asciiTheme="majorHAnsi" w:hAnsiTheme="majorHAnsi" w:cstheme="majorHAnsi"/>
        </w:rPr>
        <w:t>good</w:t>
      </w:r>
      <w:proofErr w:type="gramEnd"/>
      <w:r w:rsidRPr="00D91A1F">
        <w:rPr>
          <w:rFonts w:asciiTheme="majorHAnsi" w:hAnsiTheme="majorHAnsi" w:cstheme="majorHAnsi"/>
        </w:rPr>
        <w:t xml:space="preserve"> / stock every few months</w:t>
      </w:r>
    </w:p>
    <w:p w14:paraId="0061367F" w14:textId="3A3AC843" w:rsidR="568921D7" w:rsidRPr="00D91A1F" w:rsidRDefault="568921D7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Buy good / stock annually</w:t>
      </w:r>
    </w:p>
    <w:p w14:paraId="2F9B3975" w14:textId="28D86A1E" w:rsidR="568921D7" w:rsidRPr="00D91A1F" w:rsidRDefault="568921D7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business does not buy goods or stock</w:t>
      </w:r>
    </w:p>
    <w:p w14:paraId="37FE5C7A" w14:textId="7BEF3175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54290EA4" w14:textId="058C7149" w:rsidR="0C663D9B" w:rsidRPr="00D91A1F" w:rsidRDefault="0C663D9B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When do you pay your suppliers…...</w:t>
      </w:r>
    </w:p>
    <w:p w14:paraId="0E72ABC0" w14:textId="6B4DD693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Full payment upfront when placing the order or making the appointment</w:t>
      </w:r>
    </w:p>
    <w:p w14:paraId="335D271C" w14:textId="286C478F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Cash on delivery (full payment)</w:t>
      </w:r>
    </w:p>
    <w:p w14:paraId="0022ECFA" w14:textId="58A01218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Deposit with final payment on delivery</w:t>
      </w:r>
    </w:p>
    <w:p w14:paraId="217A381A" w14:textId="58BC4C31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Within 7 days of receiving the goods / services</w:t>
      </w:r>
    </w:p>
    <w:p w14:paraId="41EC0320" w14:textId="1311486E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Within 14 days of receiving the goods / services</w:t>
      </w:r>
    </w:p>
    <w:p w14:paraId="520E1BE3" w14:textId="5BEDCE4D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Within 30 days of receiving the goods / services</w:t>
      </w:r>
    </w:p>
    <w:p w14:paraId="4AD34480" w14:textId="2C5106C1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Within 60 days of receiving the goods / services</w:t>
      </w:r>
    </w:p>
    <w:p w14:paraId="3D6114F3" w14:textId="03F805E0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Longer than 60 days of receiving the goods / services</w:t>
      </w:r>
    </w:p>
    <w:p w14:paraId="76471572" w14:textId="0B9D22CA" w:rsidR="0C663D9B" w:rsidRPr="00D91A1F" w:rsidRDefault="0C663D9B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 Specify</w:t>
      </w:r>
    </w:p>
    <w:p w14:paraId="463952CA" w14:textId="387EBE2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19A44448" w14:textId="3BD10634" w:rsidR="723E4D24" w:rsidRPr="00D91A1F" w:rsidRDefault="723E4D24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Thinking about your main business, who are your customers</w:t>
      </w:r>
    </w:p>
    <w:p w14:paraId="5E31B298" w14:textId="597030A9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Wholesalers</w:t>
      </w:r>
    </w:p>
    <w:p w14:paraId="5D768937" w14:textId="26C6FD2C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Retailers</w:t>
      </w:r>
    </w:p>
    <w:p w14:paraId="78FF9BBF" w14:textId="2F31C536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Traders</w:t>
      </w:r>
    </w:p>
    <w:p w14:paraId="671337C7" w14:textId="5D76D07F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General public / end-consumers / private individuals</w:t>
      </w:r>
    </w:p>
    <w:p w14:paraId="0DEEE48B" w14:textId="103B6E11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 small businesses</w:t>
      </w:r>
    </w:p>
    <w:p w14:paraId="5234B749" w14:textId="74B80BE3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Other larger </w:t>
      </w:r>
      <w:proofErr w:type="gramStart"/>
      <w:r w:rsidRPr="00D91A1F">
        <w:rPr>
          <w:rFonts w:asciiTheme="majorHAnsi" w:hAnsiTheme="majorHAnsi" w:cstheme="majorHAnsi"/>
        </w:rPr>
        <w:t>business</w:t>
      </w:r>
      <w:proofErr w:type="gramEnd"/>
      <w:r w:rsidRPr="00D91A1F">
        <w:rPr>
          <w:rFonts w:asciiTheme="majorHAnsi" w:hAnsiTheme="majorHAnsi" w:cstheme="majorHAnsi"/>
        </w:rPr>
        <w:t>/</w:t>
      </w:r>
      <w:proofErr w:type="gramStart"/>
      <w:r w:rsidRPr="00D91A1F">
        <w:rPr>
          <w:rFonts w:asciiTheme="majorHAnsi" w:hAnsiTheme="majorHAnsi" w:cstheme="majorHAnsi"/>
        </w:rPr>
        <w:t>corporate</w:t>
      </w:r>
      <w:proofErr w:type="gramEnd"/>
    </w:p>
    <w:p w14:paraId="0DA2098C" w14:textId="4A4BB72D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Government</w:t>
      </w:r>
    </w:p>
    <w:p w14:paraId="7B2AD657" w14:textId="2AC73909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A825015" w14:textId="17F4A9D4" w:rsidR="3EFDF909" w:rsidRPr="00D91A1F" w:rsidRDefault="3EFDF909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33. </w:t>
      </w:r>
      <w:r w:rsidR="723E4D24" w:rsidRPr="00D91A1F">
        <w:rPr>
          <w:rFonts w:asciiTheme="majorHAnsi" w:hAnsiTheme="majorHAnsi" w:cstheme="majorHAnsi"/>
          <w:b/>
          <w:bCs/>
        </w:rPr>
        <w:t>How do your customers pay you?</w:t>
      </w:r>
    </w:p>
    <w:p w14:paraId="26B26D02" w14:textId="60BDB3C4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Bank transfer</w:t>
      </w:r>
    </w:p>
    <w:p w14:paraId="100905F3" w14:textId="07D80F7E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Cash</w:t>
      </w:r>
    </w:p>
    <w:p w14:paraId="1CDB7A85" w14:textId="6DD2ACCF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Cheque</w:t>
      </w:r>
    </w:p>
    <w:p w14:paraId="4D4024C5" w14:textId="69F5FA9E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App banking on my phone</w:t>
      </w:r>
    </w:p>
    <w:p w14:paraId="4720DEC7" w14:textId="4183487A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Internet banking on my computer</w:t>
      </w:r>
    </w:p>
    <w:p w14:paraId="611C43E9" w14:textId="24EABDEC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Money Transfer </w:t>
      </w:r>
    </w:p>
    <w:p w14:paraId="11E0BFF8" w14:textId="72EAF9C3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Mobile money (</w:t>
      </w:r>
      <w:proofErr w:type="spellStart"/>
      <w:r w:rsidRPr="00D91A1F">
        <w:rPr>
          <w:rFonts w:asciiTheme="majorHAnsi" w:hAnsiTheme="majorHAnsi" w:cstheme="majorHAnsi"/>
        </w:rPr>
        <w:t>Mpesa</w:t>
      </w:r>
      <w:proofErr w:type="spellEnd"/>
      <w:r w:rsidRPr="00D91A1F">
        <w:rPr>
          <w:rFonts w:asciiTheme="majorHAnsi" w:hAnsiTheme="majorHAnsi" w:cstheme="majorHAnsi"/>
        </w:rPr>
        <w:t xml:space="preserve">, Orange Money, Airtel </w:t>
      </w:r>
      <w:proofErr w:type="gramStart"/>
      <w:r w:rsidRPr="00D91A1F">
        <w:rPr>
          <w:rFonts w:asciiTheme="majorHAnsi" w:hAnsiTheme="majorHAnsi" w:cstheme="majorHAnsi"/>
        </w:rPr>
        <w:t>Money..</w:t>
      </w:r>
      <w:proofErr w:type="gramEnd"/>
      <w:r w:rsidRPr="00D91A1F">
        <w:rPr>
          <w:rFonts w:asciiTheme="majorHAnsi" w:hAnsiTheme="majorHAnsi" w:cstheme="majorHAnsi"/>
        </w:rPr>
        <w:t>)</w:t>
      </w:r>
    </w:p>
    <w:p w14:paraId="4224D787" w14:textId="664FFF50" w:rsidR="723E4D24" w:rsidRPr="00D91A1F" w:rsidRDefault="723E4D2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Other, specify...</w:t>
      </w:r>
    </w:p>
    <w:p w14:paraId="4E074E2C" w14:textId="43B5EB13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4D94EA23" w14:textId="4B39FAD9" w:rsidR="723E4D24" w:rsidRPr="00D91A1F" w:rsidRDefault="723E4D24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do you market your business? </w:t>
      </w:r>
    </w:p>
    <w:p w14:paraId="10BB8002" w14:textId="1CE8CA86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Email</w:t>
      </w:r>
    </w:p>
    <w:p w14:paraId="402A406E" w14:textId="5C8AFD98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WhatsApp</w:t>
      </w:r>
    </w:p>
    <w:p w14:paraId="4A4EE672" w14:textId="3166E099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Mail</w:t>
      </w:r>
    </w:p>
    <w:p w14:paraId="0BD7C819" w14:textId="1FCB73E3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Face to face</w:t>
      </w:r>
    </w:p>
    <w:p w14:paraId="368FED43" w14:textId="329B1DBA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Radio</w:t>
      </w:r>
    </w:p>
    <w:p w14:paraId="34B31381" w14:textId="0EF73862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TV</w:t>
      </w:r>
    </w:p>
    <w:p w14:paraId="34A57894" w14:textId="6DEC446B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Posters</w:t>
      </w:r>
    </w:p>
    <w:p w14:paraId="3D9CC494" w14:textId="0B8A70AA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Billboards</w:t>
      </w:r>
    </w:p>
    <w:p w14:paraId="4BD7954A" w14:textId="08E6A9DD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Flyers, pamphlets or Brochures</w:t>
      </w:r>
    </w:p>
    <w:p w14:paraId="47364C0A" w14:textId="1997DC9B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Word of mouth</w:t>
      </w:r>
    </w:p>
    <w:p w14:paraId="7E90C817" w14:textId="6BC13A59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Door to door selling / sales rep / road show</w:t>
      </w:r>
    </w:p>
    <w:p w14:paraId="3305B589" w14:textId="6E21BD3C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Website / Internet</w:t>
      </w:r>
    </w:p>
    <w:p w14:paraId="0E71B5B4" w14:textId="6AFBF79E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Business cards</w:t>
      </w:r>
    </w:p>
    <w:p w14:paraId="109B9F27" w14:textId="033CA5EB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LinkedIn</w:t>
      </w:r>
    </w:p>
    <w:p w14:paraId="37A96456" w14:textId="1009A2B5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Social media (Facebook)</w:t>
      </w:r>
    </w:p>
    <w:p w14:paraId="6B499B84" w14:textId="11CC9888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Social media (Twitter/X)</w:t>
      </w:r>
    </w:p>
    <w:p w14:paraId="313688AE" w14:textId="0651EFF5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Social media (Instagram)</w:t>
      </w:r>
    </w:p>
    <w:p w14:paraId="504E4FEF" w14:textId="5533C913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Social media (Tic Toc)</w:t>
      </w:r>
    </w:p>
    <w:p w14:paraId="5E0CD13A" w14:textId="4D8A9F01" w:rsidR="723E4D24" w:rsidRPr="00D91A1F" w:rsidRDefault="723E4D2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Google </w:t>
      </w:r>
      <w:proofErr w:type="spellStart"/>
      <w:r w:rsidRPr="00D91A1F">
        <w:rPr>
          <w:rFonts w:asciiTheme="majorHAnsi" w:hAnsiTheme="majorHAnsi" w:cstheme="majorHAnsi"/>
        </w:rPr>
        <w:t>Adwords</w:t>
      </w:r>
      <w:proofErr w:type="spellEnd"/>
    </w:p>
    <w:p w14:paraId="7DBAD99F" w14:textId="4B1FA25E" w:rsidR="6B75AB41" w:rsidRPr="00D91A1F" w:rsidRDefault="6B75AB41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Physical shop(s) </w:t>
      </w:r>
    </w:p>
    <w:p w14:paraId="205CC1A7" w14:textId="60CCF247" w:rsidR="71042436" w:rsidRPr="00D91A1F" w:rsidRDefault="71042436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</w:rPr>
      </w:pPr>
    </w:p>
    <w:p w14:paraId="17E31345" w14:textId="3A5CCE05" w:rsidR="00631FE2" w:rsidRPr="00D91A1F" w:rsidRDefault="32D97E0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would you describe the current state of your business. Is it </w:t>
      </w:r>
    </w:p>
    <w:p w14:paraId="04487572" w14:textId="496E6A67" w:rsidR="00631FE2" w:rsidRPr="00D91A1F" w:rsidRDefault="32D97E0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2256D79D" w:rsidRPr="00D91A1F">
        <w:rPr>
          <w:rFonts w:asciiTheme="majorHAnsi" w:hAnsiTheme="majorHAnsi" w:cstheme="majorHAnsi"/>
        </w:rPr>
        <w:t>S</w:t>
      </w:r>
      <w:r w:rsidRPr="00D91A1F">
        <w:rPr>
          <w:rFonts w:asciiTheme="majorHAnsi" w:hAnsiTheme="majorHAnsi" w:cstheme="majorHAnsi"/>
        </w:rPr>
        <w:t xml:space="preserve">tarting up, </w:t>
      </w:r>
    </w:p>
    <w:p w14:paraId="25F772AE" w14:textId="656B0ACA" w:rsidR="00631FE2" w:rsidRPr="00D91A1F" w:rsidRDefault="32D97E0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Not growing </w:t>
      </w:r>
      <w:proofErr w:type="gramStart"/>
      <w:r w:rsidRPr="00D91A1F">
        <w:rPr>
          <w:rFonts w:asciiTheme="majorHAnsi" w:hAnsiTheme="majorHAnsi" w:cstheme="majorHAnsi"/>
        </w:rPr>
        <w:t>at the moment</w:t>
      </w:r>
      <w:proofErr w:type="gramEnd"/>
    </w:p>
    <w:p w14:paraId="3AAC63A6" w14:textId="28AC8923" w:rsidR="00631FE2" w:rsidRPr="00D91A1F" w:rsidRDefault="32D97E0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growing slowly,  </w:t>
      </w:r>
    </w:p>
    <w:p w14:paraId="42F5347D" w14:textId="229E66E2" w:rsidR="00631FE2" w:rsidRPr="00D91A1F" w:rsidRDefault="32D97E0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growing very fast, </w:t>
      </w:r>
    </w:p>
    <w:p w14:paraId="19D7FAE7" w14:textId="2B7F43F4" w:rsidR="00631FE2" w:rsidRPr="00D91A1F" w:rsidRDefault="32D97E0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downscaling</w:t>
      </w:r>
    </w:p>
    <w:p w14:paraId="42348D21" w14:textId="6AF51B79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13B52A3E" w14:textId="4DCA658A" w:rsidR="30E05638" w:rsidRPr="00D91A1F" w:rsidRDefault="30E05638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In the next 6 months, are you planning </w:t>
      </w:r>
      <w:proofErr w:type="gramStart"/>
      <w:r w:rsidRPr="00D91A1F">
        <w:rPr>
          <w:rFonts w:asciiTheme="majorHAnsi" w:hAnsiTheme="majorHAnsi" w:cstheme="majorHAnsi"/>
          <w:b/>
          <w:bCs/>
        </w:rPr>
        <w:t>to..</w:t>
      </w:r>
      <w:proofErr w:type="gramEnd"/>
    </w:p>
    <w:p w14:paraId="52FA6E8C" w14:textId="002B65B3" w:rsidR="30E05638" w:rsidRPr="00D91A1F" w:rsidRDefault="30E0563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Employ more full-time staff</w:t>
      </w:r>
    </w:p>
    <w:p w14:paraId="6F8BB89C" w14:textId="27E65F7A" w:rsidR="30E05638" w:rsidRPr="00D91A1F" w:rsidRDefault="30E0563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Employ more part-time staff</w:t>
      </w:r>
    </w:p>
    <w:p w14:paraId="52D6CF4C" w14:textId="581FA240" w:rsidR="30E05638" w:rsidRPr="00D91A1F" w:rsidRDefault="30E0563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Reduce the number of part-time staff</w:t>
      </w:r>
    </w:p>
    <w:p w14:paraId="5E55A217" w14:textId="0F36E1D3" w:rsidR="30E05638" w:rsidRPr="00D91A1F" w:rsidRDefault="30E0563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Reduce the number of part-time staff</w:t>
      </w:r>
    </w:p>
    <w:p w14:paraId="179AE0FD" w14:textId="4B49CFFE" w:rsidR="30E05638" w:rsidRPr="00D91A1F" w:rsidRDefault="30E0563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None of the above</w:t>
      </w:r>
    </w:p>
    <w:p w14:paraId="3933B07C" w14:textId="43FD73E1" w:rsidR="30E05638" w:rsidRPr="00D91A1F" w:rsidRDefault="30E0563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Don’t know</w:t>
      </w:r>
    </w:p>
    <w:p w14:paraId="2D45E03D" w14:textId="3F40F8E6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0FB947DF" w14:textId="3F059B33" w:rsidR="71042436" w:rsidRPr="00D91A1F" w:rsidRDefault="71042436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  <w:b/>
          <w:bCs/>
          <w:color w:val="0070C0"/>
        </w:rPr>
      </w:pPr>
    </w:p>
    <w:p w14:paraId="7E391A0E" w14:textId="07F269BB" w:rsidR="39338631" w:rsidRPr="00D91A1F" w:rsidRDefault="39338631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Which if any of the below are </w:t>
      </w:r>
      <w:proofErr w:type="gramStart"/>
      <w:r w:rsidR="3A65D57B" w:rsidRPr="00D91A1F">
        <w:rPr>
          <w:rFonts w:asciiTheme="majorHAnsi" w:hAnsiTheme="majorHAnsi" w:cstheme="majorHAnsi"/>
          <w:b/>
          <w:bCs/>
        </w:rPr>
        <w:t>main</w:t>
      </w:r>
      <w:proofErr w:type="gramEnd"/>
      <w:r w:rsidR="3A65D57B" w:rsidRPr="00D91A1F">
        <w:rPr>
          <w:rFonts w:asciiTheme="majorHAnsi" w:hAnsiTheme="majorHAnsi" w:cstheme="majorHAnsi"/>
          <w:b/>
          <w:bCs/>
        </w:rPr>
        <w:t xml:space="preserve"> difficulties</w:t>
      </w:r>
      <w:r w:rsidRPr="00D91A1F">
        <w:rPr>
          <w:rFonts w:asciiTheme="majorHAnsi" w:hAnsiTheme="majorHAnsi" w:cstheme="majorHAnsi"/>
          <w:b/>
          <w:bCs/>
        </w:rPr>
        <w:t xml:space="preserve"> for your business?  Please select up to five </w:t>
      </w:r>
    </w:p>
    <w:p w14:paraId="0E6A2CA8" w14:textId="0847528E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Difficulty in finding customers</w:t>
      </w:r>
    </w:p>
    <w:p w14:paraId="12824271" w14:textId="5E5C3D24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Lack of guidance from financial institutions (or government?)</w:t>
      </w:r>
    </w:p>
    <w:p w14:paraId="69E22CA2" w14:textId="4132A371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Unable to raise </w:t>
      </w:r>
      <w:proofErr w:type="gramStart"/>
      <w:r w:rsidRPr="00D91A1F">
        <w:rPr>
          <w:rFonts w:asciiTheme="majorHAnsi" w:hAnsiTheme="majorHAnsi" w:cstheme="majorHAnsi"/>
        </w:rPr>
        <w:t>required</w:t>
      </w:r>
      <w:proofErr w:type="gramEnd"/>
      <w:r w:rsidRPr="00D91A1F">
        <w:rPr>
          <w:rFonts w:asciiTheme="majorHAnsi" w:hAnsiTheme="majorHAnsi" w:cstheme="majorHAnsi"/>
        </w:rPr>
        <w:t xml:space="preserve"> capital/ funds </w:t>
      </w:r>
    </w:p>
    <w:p w14:paraId="57E7F42B" w14:textId="6433ACF6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Too much competition from existing firms in the market </w:t>
      </w:r>
    </w:p>
    <w:p w14:paraId="29F4A227" w14:textId="31CAFD47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Unclear government policies / Too much red tape and beau acracy</w:t>
      </w:r>
    </w:p>
    <w:p w14:paraId="7AA1535B" w14:textId="3FED9E69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Unable to compete with larger businesses</w:t>
      </w:r>
    </w:p>
    <w:p w14:paraId="198033F3" w14:textId="70468BED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Do not make enough sales</w:t>
      </w:r>
    </w:p>
    <w:p w14:paraId="1CBBFC81" w14:textId="4508FCD9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Do not have </w:t>
      </w:r>
      <w:proofErr w:type="gramStart"/>
      <w:r w:rsidRPr="00D91A1F">
        <w:rPr>
          <w:rFonts w:asciiTheme="majorHAnsi" w:hAnsiTheme="majorHAnsi" w:cstheme="majorHAnsi"/>
        </w:rPr>
        <w:t>necessary</w:t>
      </w:r>
      <w:proofErr w:type="gramEnd"/>
      <w:r w:rsidRPr="00D91A1F">
        <w:rPr>
          <w:rFonts w:asciiTheme="majorHAnsi" w:hAnsiTheme="majorHAnsi" w:cstheme="majorHAnsi"/>
        </w:rPr>
        <w:t xml:space="preserve"> technology to drive sales </w:t>
      </w:r>
    </w:p>
    <w:p w14:paraId="530E68B0" w14:textId="2B83EADB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Accessing finance is too costly </w:t>
      </w:r>
    </w:p>
    <w:p w14:paraId="087D3ACC" w14:textId="7FD2B75E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Too much red tape in accessing finance </w:t>
      </w:r>
    </w:p>
    <w:p w14:paraId="28DA83A0" w14:textId="39332536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t>Do</w:t>
      </w:r>
      <w:proofErr w:type="gramEnd"/>
      <w:r w:rsidRPr="00D91A1F">
        <w:rPr>
          <w:rFonts w:asciiTheme="majorHAnsi" w:hAnsiTheme="majorHAnsi" w:cstheme="majorHAnsi"/>
        </w:rPr>
        <w:t xml:space="preserve"> not have the right skills to grow my business</w:t>
      </w:r>
    </w:p>
    <w:p w14:paraId="3CC511BA" w14:textId="4915220F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t>Cost</w:t>
      </w:r>
      <w:proofErr w:type="gramEnd"/>
      <w:r w:rsidRPr="00D91A1F">
        <w:rPr>
          <w:rFonts w:asciiTheme="majorHAnsi" w:hAnsiTheme="majorHAnsi" w:cstheme="majorHAnsi"/>
        </w:rPr>
        <w:t xml:space="preserve"> of </w:t>
      </w:r>
      <w:proofErr w:type="spellStart"/>
      <w:r w:rsidRPr="00D91A1F">
        <w:rPr>
          <w:rFonts w:asciiTheme="majorHAnsi" w:hAnsiTheme="majorHAnsi" w:cstheme="majorHAnsi"/>
        </w:rPr>
        <w:t>labour</w:t>
      </w:r>
      <w:proofErr w:type="spellEnd"/>
      <w:r w:rsidRPr="00D91A1F">
        <w:rPr>
          <w:rFonts w:asciiTheme="majorHAnsi" w:hAnsiTheme="majorHAnsi" w:cstheme="majorHAnsi"/>
        </w:rPr>
        <w:t xml:space="preserve"> is too high</w:t>
      </w:r>
    </w:p>
    <w:p w14:paraId="1978AE72" w14:textId="61F07136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Business is dependent on electricity so loadshedding has </w:t>
      </w:r>
      <w:proofErr w:type="gramStart"/>
      <w:r w:rsidRPr="00D91A1F">
        <w:rPr>
          <w:rFonts w:asciiTheme="majorHAnsi" w:hAnsiTheme="majorHAnsi" w:cstheme="majorHAnsi"/>
        </w:rPr>
        <w:t>very</w:t>
      </w:r>
      <w:proofErr w:type="gramEnd"/>
      <w:r w:rsidRPr="00D91A1F">
        <w:rPr>
          <w:rFonts w:asciiTheme="majorHAnsi" w:hAnsiTheme="majorHAnsi" w:cstheme="majorHAnsi"/>
        </w:rPr>
        <w:t xml:space="preserve"> negative effect</w:t>
      </w:r>
    </w:p>
    <w:p w14:paraId="73E8D9DA" w14:textId="31F258A2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Load shedding is </w:t>
      </w:r>
      <w:proofErr w:type="gramStart"/>
      <w:r w:rsidRPr="00D91A1F">
        <w:rPr>
          <w:rFonts w:asciiTheme="majorHAnsi" w:hAnsiTheme="majorHAnsi" w:cstheme="majorHAnsi"/>
        </w:rPr>
        <w:t>effecting</w:t>
      </w:r>
      <w:proofErr w:type="gramEnd"/>
      <w:r w:rsidRPr="00D91A1F">
        <w:rPr>
          <w:rFonts w:asciiTheme="majorHAnsi" w:hAnsiTheme="majorHAnsi" w:cstheme="majorHAnsi"/>
        </w:rPr>
        <w:t xml:space="preserve"> suppliers and vendors</w:t>
      </w:r>
    </w:p>
    <w:p w14:paraId="4BB48242" w14:textId="5A7F410A" w:rsidR="39338631" w:rsidRPr="00D91A1F" w:rsidRDefault="393386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None of the above</w:t>
      </w:r>
    </w:p>
    <w:p w14:paraId="1AA9D200" w14:textId="7204ACFC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5F9DA82" w14:textId="2B0204DF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Financial Behavior &amp; Needs</w:t>
      </w:r>
    </w:p>
    <w:p w14:paraId="4754C131" w14:textId="4BE411C7" w:rsidR="6F21B910" w:rsidRPr="00D91A1F" w:rsidRDefault="6F21B9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Banking penetration</w:t>
      </w:r>
    </w:p>
    <w:p w14:paraId="6D40A33C" w14:textId="1E201BD1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Do you currently </w:t>
      </w:r>
      <w:r w:rsidR="03ACFE0E" w:rsidRPr="00D91A1F">
        <w:rPr>
          <w:rFonts w:asciiTheme="majorHAnsi" w:hAnsiTheme="majorHAnsi" w:cstheme="majorHAnsi"/>
          <w:b/>
          <w:bCs/>
        </w:rPr>
        <w:t>us</w:t>
      </w:r>
      <w:r w:rsidRPr="00D91A1F">
        <w:rPr>
          <w:rFonts w:asciiTheme="majorHAnsi" w:hAnsiTheme="majorHAnsi" w:cstheme="majorHAnsi"/>
          <w:b/>
          <w:bCs/>
        </w:rPr>
        <w:t xml:space="preserve">e a bank </w:t>
      </w:r>
      <w:proofErr w:type="gramStart"/>
      <w:r w:rsidRPr="00D91A1F">
        <w:rPr>
          <w:rFonts w:asciiTheme="majorHAnsi" w:hAnsiTheme="majorHAnsi" w:cstheme="majorHAnsi"/>
          <w:b/>
          <w:bCs/>
        </w:rPr>
        <w:t>account ?</w:t>
      </w:r>
      <w:proofErr w:type="gramEnd"/>
      <w:r w:rsidR="43282A64" w:rsidRPr="00D91A1F">
        <w:rPr>
          <w:rFonts w:asciiTheme="majorHAnsi" w:hAnsiTheme="majorHAnsi" w:cstheme="majorHAnsi"/>
          <w:b/>
          <w:bCs/>
        </w:rPr>
        <w:t xml:space="preserve"> </w:t>
      </w:r>
    </w:p>
    <w:p w14:paraId="043098AB" w14:textId="6251D9D8" w:rsidR="00B12531" w:rsidRPr="00D91A1F" w:rsidRDefault="5BEE920A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</w:t>
      </w:r>
      <w:r w:rsidR="777CBC0D" w:rsidRPr="00D91A1F">
        <w:rPr>
          <w:rFonts w:asciiTheme="majorHAnsi" w:hAnsiTheme="majorHAnsi" w:cstheme="majorHAnsi"/>
        </w:rPr>
        <w:t>,</w:t>
      </w:r>
      <w:r w:rsidRPr="00D91A1F">
        <w:rPr>
          <w:rFonts w:asciiTheme="majorHAnsi" w:hAnsiTheme="majorHAnsi" w:cstheme="majorHAnsi"/>
        </w:rPr>
        <w:t xml:space="preserve"> a personal account that I don’t usually use for my business activities</w:t>
      </w:r>
    </w:p>
    <w:p w14:paraId="333A9B6A" w14:textId="0C4C6D7E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</w:t>
      </w:r>
      <w:r w:rsidR="66C09322" w:rsidRPr="00D91A1F">
        <w:rPr>
          <w:rFonts w:asciiTheme="majorHAnsi" w:hAnsiTheme="majorHAnsi" w:cstheme="majorHAnsi"/>
        </w:rPr>
        <w:t>,</w:t>
      </w:r>
      <w:r w:rsidR="434B206B" w:rsidRPr="00D91A1F">
        <w:rPr>
          <w:rFonts w:asciiTheme="majorHAnsi" w:hAnsiTheme="majorHAnsi" w:cstheme="majorHAnsi"/>
        </w:rPr>
        <w:t xml:space="preserve"> </w:t>
      </w:r>
      <w:r w:rsidR="1C460427" w:rsidRPr="00D91A1F">
        <w:rPr>
          <w:rFonts w:asciiTheme="majorHAnsi" w:hAnsiTheme="majorHAnsi" w:cstheme="majorHAnsi"/>
        </w:rPr>
        <w:t xml:space="preserve">a </w:t>
      </w:r>
      <w:r w:rsidR="434B206B" w:rsidRPr="00D91A1F">
        <w:rPr>
          <w:rFonts w:asciiTheme="majorHAnsi" w:hAnsiTheme="majorHAnsi" w:cstheme="majorHAnsi"/>
        </w:rPr>
        <w:t xml:space="preserve">personal </w:t>
      </w:r>
      <w:r w:rsidR="2CB1AB4A" w:rsidRPr="00D91A1F">
        <w:rPr>
          <w:rFonts w:asciiTheme="majorHAnsi" w:hAnsiTheme="majorHAnsi" w:cstheme="majorHAnsi"/>
        </w:rPr>
        <w:t xml:space="preserve">account </w:t>
      </w:r>
      <w:r w:rsidR="0BD386E3" w:rsidRPr="00D91A1F">
        <w:rPr>
          <w:rFonts w:asciiTheme="majorHAnsi" w:hAnsiTheme="majorHAnsi" w:cstheme="majorHAnsi"/>
        </w:rPr>
        <w:t xml:space="preserve">where i put my business income or/and </w:t>
      </w:r>
      <w:r w:rsidR="2CB1AB4A" w:rsidRPr="00D91A1F">
        <w:rPr>
          <w:rFonts w:asciiTheme="majorHAnsi" w:hAnsiTheme="majorHAnsi" w:cstheme="majorHAnsi"/>
        </w:rPr>
        <w:t>that</w:t>
      </w:r>
      <w:r w:rsidR="1E304508" w:rsidRPr="00D91A1F">
        <w:rPr>
          <w:rFonts w:asciiTheme="majorHAnsi" w:hAnsiTheme="majorHAnsi" w:cstheme="majorHAnsi"/>
        </w:rPr>
        <w:t xml:space="preserve"> I also use for my business activities</w:t>
      </w:r>
      <w:r w:rsidR="72EAFBDD" w:rsidRPr="00D91A1F">
        <w:rPr>
          <w:rFonts w:asciiTheme="majorHAnsi" w:hAnsiTheme="majorHAnsi" w:cstheme="majorHAnsi"/>
        </w:rPr>
        <w:t xml:space="preserve"> </w:t>
      </w:r>
      <w:r w:rsidR="2CB1AB4A" w:rsidRPr="00D91A1F">
        <w:rPr>
          <w:rFonts w:asciiTheme="majorHAnsi" w:hAnsiTheme="majorHAnsi" w:cstheme="majorHAnsi"/>
        </w:rPr>
        <w:t xml:space="preserve"> </w:t>
      </w:r>
      <w:r w:rsidRPr="00D91A1F">
        <w:rPr>
          <w:rFonts w:asciiTheme="majorHAnsi" w:hAnsiTheme="majorHAnsi" w:cstheme="majorHAnsi"/>
        </w:rPr>
        <w:t> </w:t>
      </w:r>
    </w:p>
    <w:p w14:paraId="083FED0D" w14:textId="34E8A009" w:rsidR="00B12531" w:rsidRPr="00D91A1F" w:rsidRDefault="1BE3432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eastAsia="Segoe UI Symbol" w:hAnsi="Segoe UI Symbol" w:cs="Segoe UI Symbol"/>
          <w:color w:val="000000" w:themeColor="text1"/>
        </w:rPr>
        <w:t>☐</w:t>
      </w:r>
      <w:r w:rsidRPr="00D91A1F">
        <w:rPr>
          <w:rFonts w:asciiTheme="majorHAnsi" w:eastAsia="Cambria" w:hAnsiTheme="majorHAnsi" w:cstheme="majorHAnsi"/>
          <w:color w:val="000000" w:themeColor="text1"/>
        </w:rPr>
        <w:t xml:space="preserve"> Yes, I use a separate </w:t>
      </w:r>
      <w:r w:rsidR="79CDCD55" w:rsidRPr="00D91A1F">
        <w:rPr>
          <w:rFonts w:asciiTheme="majorHAnsi" w:eastAsia="Cambria" w:hAnsiTheme="majorHAnsi" w:cstheme="majorHAnsi"/>
          <w:color w:val="000000" w:themeColor="text1"/>
        </w:rPr>
        <w:t xml:space="preserve">private </w:t>
      </w:r>
      <w:r w:rsidRPr="00D91A1F">
        <w:rPr>
          <w:rFonts w:asciiTheme="majorHAnsi" w:eastAsia="Cambria" w:hAnsiTheme="majorHAnsi" w:cstheme="majorHAnsi"/>
          <w:color w:val="000000" w:themeColor="text1"/>
        </w:rPr>
        <w:t xml:space="preserve">account for my business activities, </w:t>
      </w:r>
      <w:proofErr w:type="gramStart"/>
      <w:r w:rsidRPr="00D91A1F">
        <w:rPr>
          <w:rFonts w:asciiTheme="majorHAnsi" w:eastAsia="Cambria" w:hAnsiTheme="majorHAnsi" w:cstheme="majorHAnsi"/>
          <w:color w:val="000000" w:themeColor="text1"/>
        </w:rPr>
        <w:t>which i</w:t>
      </w:r>
      <w:proofErr w:type="gramEnd"/>
      <w:r w:rsidRPr="00D91A1F">
        <w:rPr>
          <w:rFonts w:asciiTheme="majorHAnsi" w:eastAsia="Cambria" w:hAnsiTheme="majorHAnsi" w:cstheme="majorHAnsi"/>
          <w:color w:val="000000" w:themeColor="text1"/>
        </w:rPr>
        <w:t xml:space="preserve"> </w:t>
      </w:r>
      <w:r w:rsidR="5F8E7ED3" w:rsidRPr="00D91A1F">
        <w:rPr>
          <w:rFonts w:asciiTheme="majorHAnsi" w:eastAsia="Cambria" w:hAnsiTheme="majorHAnsi" w:cstheme="majorHAnsi"/>
          <w:color w:val="000000" w:themeColor="text1"/>
        </w:rPr>
        <w:t>don't</w:t>
      </w:r>
      <w:r w:rsidRPr="00D91A1F">
        <w:rPr>
          <w:rFonts w:asciiTheme="majorHAnsi" w:eastAsia="Cambria" w:hAnsiTheme="majorHAnsi" w:cstheme="majorHAnsi"/>
          <w:color w:val="000000" w:themeColor="text1"/>
        </w:rPr>
        <w:t xml:space="preserve"> mix with personal needs </w:t>
      </w:r>
    </w:p>
    <w:p w14:paraId="23848198" w14:textId="5204DB3B" w:rsidR="00B12531" w:rsidRPr="00D91A1F" w:rsidRDefault="6F769AD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eastAsia="Segoe UI Symbol" w:hAnsi="Segoe UI Symbol" w:cs="Segoe UI Symbol"/>
          <w:color w:val="000000" w:themeColor="text1"/>
        </w:rPr>
        <w:t>☐</w:t>
      </w:r>
      <w:r w:rsidRPr="00D91A1F">
        <w:rPr>
          <w:rFonts w:asciiTheme="majorHAnsi" w:eastAsia="Cambria" w:hAnsiTheme="majorHAnsi" w:cstheme="majorHAnsi"/>
          <w:color w:val="000000" w:themeColor="text1"/>
        </w:rPr>
        <w:t xml:space="preserve"> Yes</w:t>
      </w:r>
      <w:r w:rsidR="0FAE16DC" w:rsidRPr="00D91A1F">
        <w:rPr>
          <w:rFonts w:asciiTheme="majorHAnsi" w:eastAsia="Cambria" w:hAnsiTheme="majorHAnsi" w:cstheme="majorHAnsi"/>
          <w:color w:val="000000" w:themeColor="text1"/>
        </w:rPr>
        <w:t xml:space="preserve">, I use a separate business account for my business activities, </w:t>
      </w:r>
      <w:proofErr w:type="gramStart"/>
      <w:r w:rsidR="0FAE16DC" w:rsidRPr="00D91A1F">
        <w:rPr>
          <w:rFonts w:asciiTheme="majorHAnsi" w:eastAsia="Cambria" w:hAnsiTheme="majorHAnsi" w:cstheme="majorHAnsi"/>
          <w:color w:val="000000" w:themeColor="text1"/>
        </w:rPr>
        <w:t>which i</w:t>
      </w:r>
      <w:proofErr w:type="gramEnd"/>
      <w:r w:rsidR="0FAE16DC" w:rsidRPr="00D91A1F">
        <w:rPr>
          <w:rFonts w:asciiTheme="majorHAnsi" w:eastAsia="Cambria" w:hAnsiTheme="majorHAnsi" w:cstheme="majorHAnsi"/>
          <w:color w:val="000000" w:themeColor="text1"/>
        </w:rPr>
        <w:t xml:space="preserve"> </w:t>
      </w:r>
      <w:r w:rsidR="11E14816" w:rsidRPr="00D91A1F">
        <w:rPr>
          <w:rFonts w:asciiTheme="majorHAnsi" w:eastAsia="Cambria" w:hAnsiTheme="majorHAnsi" w:cstheme="majorHAnsi"/>
          <w:color w:val="000000" w:themeColor="text1"/>
        </w:rPr>
        <w:t>don't</w:t>
      </w:r>
      <w:r w:rsidR="0FAE16DC" w:rsidRPr="00D91A1F">
        <w:rPr>
          <w:rFonts w:asciiTheme="majorHAnsi" w:eastAsia="Cambria" w:hAnsiTheme="majorHAnsi" w:cstheme="majorHAnsi"/>
          <w:color w:val="000000" w:themeColor="text1"/>
        </w:rPr>
        <w:t xml:space="preserve"> mix with personal needs </w:t>
      </w:r>
    </w:p>
    <w:p w14:paraId="52CCA6EA" w14:textId="2895BF4D" w:rsidR="00B12531" w:rsidRPr="00D91A1F" w:rsidRDefault="0FAE16DC" w:rsidP="71042436">
      <w:pPr>
        <w:pStyle w:val="ListBullet"/>
        <w:numPr>
          <w:ilvl w:val="0"/>
          <w:numId w:val="0"/>
        </w:numPr>
        <w:ind w:left="360" w:hanging="360"/>
        <w:rPr>
          <w:rFonts w:asciiTheme="majorHAnsi" w:hAnsiTheme="majorHAnsi" w:cstheme="majorHAnsi"/>
        </w:rPr>
      </w:pPr>
      <w:r w:rsidRPr="00D91A1F">
        <w:rPr>
          <w:rFonts w:ascii="Segoe UI Symbol" w:eastAsia="Segoe UI Symbol" w:hAnsi="Segoe UI Symbol" w:cs="Segoe UI Symbol"/>
          <w:color w:val="000000" w:themeColor="text1"/>
        </w:rPr>
        <w:t>☐</w:t>
      </w:r>
      <w:r w:rsidRPr="00D91A1F">
        <w:rPr>
          <w:rFonts w:asciiTheme="majorHAnsi" w:eastAsia="Cambria" w:hAnsiTheme="majorHAnsi" w:cstheme="majorHAnsi"/>
          <w:color w:val="000000" w:themeColor="text1"/>
        </w:rPr>
        <w:t xml:space="preserve"> Yes, I use a separate business account for my business activities, </w:t>
      </w:r>
      <w:proofErr w:type="gramStart"/>
      <w:r w:rsidRPr="00D91A1F">
        <w:rPr>
          <w:rFonts w:asciiTheme="majorHAnsi" w:eastAsia="Cambria" w:hAnsiTheme="majorHAnsi" w:cstheme="majorHAnsi"/>
          <w:color w:val="000000" w:themeColor="text1"/>
        </w:rPr>
        <w:t>however i</w:t>
      </w:r>
      <w:proofErr w:type="gramEnd"/>
      <w:r w:rsidRPr="00D91A1F">
        <w:rPr>
          <w:rFonts w:asciiTheme="majorHAnsi" w:eastAsia="Cambria" w:hAnsiTheme="majorHAnsi" w:cstheme="majorHAnsi"/>
          <w:color w:val="000000" w:themeColor="text1"/>
        </w:rPr>
        <w:t xml:space="preserve"> also use it </w:t>
      </w:r>
      <w:proofErr w:type="gramStart"/>
      <w:r w:rsidRPr="00D91A1F">
        <w:rPr>
          <w:rFonts w:asciiTheme="majorHAnsi" w:eastAsia="Cambria" w:hAnsiTheme="majorHAnsi" w:cstheme="majorHAnsi"/>
          <w:color w:val="000000" w:themeColor="text1"/>
        </w:rPr>
        <w:t>for  personal</w:t>
      </w:r>
      <w:proofErr w:type="gramEnd"/>
      <w:r w:rsidRPr="00D91A1F">
        <w:rPr>
          <w:rFonts w:asciiTheme="majorHAnsi" w:eastAsia="Cambria" w:hAnsiTheme="majorHAnsi" w:cstheme="majorHAnsi"/>
          <w:color w:val="000000" w:themeColor="text1"/>
        </w:rPr>
        <w:t xml:space="preserve"> needs</w:t>
      </w:r>
    </w:p>
    <w:p w14:paraId="40C1CBFB" w14:textId="4F900FC5" w:rsidR="00B12531" w:rsidRPr="00D91A1F" w:rsidRDefault="204E2D5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eastAsia="Segoe UI Symbol" w:hAnsi="Segoe UI Symbol" w:cs="Segoe UI Symbol"/>
          <w:color w:val="000000" w:themeColor="text1"/>
        </w:rPr>
        <w:t>☐</w:t>
      </w:r>
      <w:r w:rsidRPr="00D91A1F">
        <w:rPr>
          <w:rFonts w:asciiTheme="majorHAnsi" w:eastAsia="Segoe UI Symbol" w:hAnsiTheme="majorHAnsi" w:cstheme="majorHAnsi"/>
          <w:color w:val="000000" w:themeColor="text1"/>
        </w:rPr>
        <w:t xml:space="preserve"> </w:t>
      </w:r>
      <w:r w:rsidRPr="00D91A1F">
        <w:rPr>
          <w:rFonts w:asciiTheme="majorHAnsi" w:hAnsiTheme="majorHAnsi" w:cstheme="majorHAnsi"/>
        </w:rPr>
        <w:t>I use both personal and business bank accounts for business purposes</w:t>
      </w:r>
    </w:p>
    <w:p w14:paraId="48345B52" w14:textId="10688942" w:rsidR="00B12531" w:rsidRPr="00D91A1F" w:rsidRDefault="0FAE16DC" w:rsidP="71042436">
      <w:pPr>
        <w:pStyle w:val="ListBullet"/>
        <w:numPr>
          <w:ilvl w:val="0"/>
          <w:numId w:val="0"/>
        </w:numPr>
        <w:ind w:left="360" w:hanging="360"/>
        <w:rPr>
          <w:rFonts w:asciiTheme="majorHAnsi" w:hAnsiTheme="majorHAnsi" w:cstheme="majorHAnsi"/>
        </w:rPr>
      </w:pPr>
      <w:r w:rsidRPr="00D91A1F">
        <w:rPr>
          <w:rFonts w:asciiTheme="majorHAnsi" w:eastAsia="Cambria" w:hAnsiTheme="majorHAnsi" w:cstheme="majorHAnsi"/>
          <w:color w:val="000000" w:themeColor="text1"/>
        </w:rPr>
        <w:t> </w:t>
      </w:r>
    </w:p>
    <w:p w14:paraId="63C33838" w14:textId="3211EE5A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</w:t>
      </w:r>
      <w:r w:rsidR="6EE1E2EF" w:rsidRPr="00D91A1F">
        <w:rPr>
          <w:rFonts w:asciiTheme="majorHAnsi" w:hAnsiTheme="majorHAnsi" w:cstheme="majorHAnsi"/>
        </w:rPr>
        <w:t>, I don’t normally use a bank account for my business needs.</w:t>
      </w:r>
    </w:p>
    <w:p w14:paraId="073D1D92" w14:textId="76308123" w:rsidR="2D8106D4" w:rsidRPr="00D91A1F" w:rsidRDefault="2D8106D4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 specify</w:t>
      </w:r>
      <w:proofErr w:type="gramStart"/>
      <w:r w:rsidRPr="00D91A1F">
        <w:rPr>
          <w:rFonts w:asciiTheme="majorHAnsi" w:hAnsiTheme="majorHAnsi" w:cstheme="majorHAnsi"/>
        </w:rPr>
        <w:t>…..</w:t>
      </w:r>
      <w:proofErr w:type="gramEnd"/>
    </w:p>
    <w:p w14:paraId="0046AE5B" w14:textId="5E1AA35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733365B6" w14:textId="33F4D589" w:rsidR="3DB0DB1F" w:rsidRPr="00D91A1F" w:rsidRDefault="3DB0DB1F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If you don’t have a bank account, is </w:t>
      </w:r>
      <w:proofErr w:type="gramStart"/>
      <w:r w:rsidRPr="00D91A1F">
        <w:rPr>
          <w:rFonts w:asciiTheme="majorHAnsi" w:hAnsiTheme="majorHAnsi" w:cstheme="majorHAnsi"/>
          <w:b/>
          <w:bCs/>
        </w:rPr>
        <w:t>this  because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</w:t>
      </w:r>
      <w:proofErr w:type="gramStart"/>
      <w:r w:rsidRPr="00D91A1F">
        <w:rPr>
          <w:rFonts w:asciiTheme="majorHAnsi" w:hAnsiTheme="majorHAnsi" w:cstheme="majorHAnsi"/>
          <w:b/>
          <w:bCs/>
        </w:rPr>
        <w:t>.....</w:t>
      </w:r>
      <w:proofErr w:type="gramEnd"/>
      <w:r w:rsidRPr="00D91A1F">
        <w:rPr>
          <w:rFonts w:asciiTheme="majorHAnsi" w:hAnsiTheme="majorHAnsi" w:cstheme="majorHAnsi"/>
          <w:b/>
          <w:bCs/>
        </w:rPr>
        <w:t>[Multiple mentions possible)</w:t>
      </w:r>
    </w:p>
    <w:p w14:paraId="11991DE0" w14:textId="62DA474C" w:rsidR="3DB0DB1F" w:rsidRPr="00D91A1F" w:rsidRDefault="3DB0DB1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You prefer to use cash</w:t>
      </w:r>
    </w:p>
    <w:p w14:paraId="04FE7659" w14:textId="761A4346" w:rsidR="3DB0DB1F" w:rsidRPr="00D91A1F" w:rsidRDefault="3DB0DB1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You don’t trust the banks</w:t>
      </w:r>
    </w:p>
    <w:p w14:paraId="5EB8529B" w14:textId="3BD04CBB" w:rsidR="3DB0DB1F" w:rsidRPr="00D91A1F" w:rsidRDefault="3DB0DB1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You are not sure how to open a bank account</w:t>
      </w:r>
    </w:p>
    <w:p w14:paraId="65E66E20" w14:textId="775C4AA4" w:rsidR="3DB0DB1F" w:rsidRPr="00D91A1F" w:rsidRDefault="3DB0DB1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You get help and </w:t>
      </w:r>
      <w:proofErr w:type="spellStart"/>
      <w:proofErr w:type="gramStart"/>
      <w:r w:rsidRPr="00D91A1F">
        <w:rPr>
          <w:rFonts w:asciiTheme="majorHAnsi" w:hAnsiTheme="majorHAnsi" w:cstheme="majorHAnsi"/>
        </w:rPr>
        <w:t>advise</w:t>
      </w:r>
      <w:proofErr w:type="spellEnd"/>
      <w:proofErr w:type="gramEnd"/>
      <w:r w:rsidRPr="00D91A1F">
        <w:rPr>
          <w:rFonts w:asciiTheme="majorHAnsi" w:hAnsiTheme="majorHAnsi" w:cstheme="majorHAnsi"/>
        </w:rPr>
        <w:t xml:space="preserve"> from family or friends</w:t>
      </w:r>
    </w:p>
    <w:p w14:paraId="5823C94D" w14:textId="5C3EB57A" w:rsidR="3DB0DB1F" w:rsidRPr="00D91A1F" w:rsidRDefault="3DB0DB1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lastRenderedPageBreak/>
        <w:t>The application process is too difficult</w:t>
      </w:r>
    </w:p>
    <w:p w14:paraId="18EB06F4" w14:textId="225AB910" w:rsidR="3DB0DB1F" w:rsidRPr="00D91A1F" w:rsidRDefault="3DB0DB1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fees are too expensive</w:t>
      </w:r>
    </w:p>
    <w:p w14:paraId="528F1004" w14:textId="7E90B75A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7DCC350B" w14:textId="70E3E2D7" w:rsidR="3DB0DB1F" w:rsidRPr="00D91A1F" w:rsidRDefault="3DB0DB1F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If you use a private account for your business needs, explain </w:t>
      </w:r>
      <w:proofErr w:type="gramStart"/>
      <w:r w:rsidRPr="00D91A1F">
        <w:rPr>
          <w:rFonts w:asciiTheme="majorHAnsi" w:hAnsiTheme="majorHAnsi" w:cstheme="majorHAnsi"/>
          <w:b/>
          <w:bCs/>
        </w:rPr>
        <w:t>why?</w:t>
      </w:r>
      <w:proofErr w:type="gramEnd"/>
    </w:p>
    <w:p w14:paraId="74C5A1D8" w14:textId="2C26393E" w:rsidR="3DB0DB1F" w:rsidRPr="00D91A1F" w:rsidRDefault="3DB0DB1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business is not registered</w:t>
      </w:r>
    </w:p>
    <w:p w14:paraId="329AE0F8" w14:textId="59C92BBA" w:rsidR="3DB0DB1F" w:rsidRPr="00D91A1F" w:rsidRDefault="3DB0DB1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don’t want to pay additional fees</w:t>
      </w:r>
    </w:p>
    <w:p w14:paraId="50FE30B7" w14:textId="64B30B9D" w:rsidR="3DB0DB1F" w:rsidRPr="00D91A1F" w:rsidRDefault="3DB0DB1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business turnover / income is irregular</w:t>
      </w:r>
    </w:p>
    <w:p w14:paraId="16F95096" w14:textId="72C32D3A" w:rsidR="3DB0DB1F" w:rsidRPr="00D91A1F" w:rsidRDefault="3DB0DB1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business turnover / income is too small to open a business account</w:t>
      </w:r>
    </w:p>
    <w:p w14:paraId="48D6874B" w14:textId="65E107BB" w:rsidR="3DB0DB1F" w:rsidRPr="00D91A1F" w:rsidRDefault="3DB0DB1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am planning to open a business account but haven't done so yet</w:t>
      </w:r>
    </w:p>
    <w:p w14:paraId="72FC0556" w14:textId="62251367" w:rsidR="3DB0DB1F" w:rsidRPr="00D91A1F" w:rsidRDefault="3DB0DB1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 specify</w:t>
      </w:r>
    </w:p>
    <w:p w14:paraId="48F230AA" w14:textId="190FD48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350AD43" w14:textId="47BF9AE7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yes, w</w:t>
      </w:r>
      <w:r w:rsidR="1568F86A" w:rsidRPr="00D91A1F">
        <w:rPr>
          <w:rFonts w:asciiTheme="majorHAnsi" w:hAnsiTheme="majorHAnsi" w:cstheme="majorHAnsi"/>
          <w:b/>
          <w:bCs/>
        </w:rPr>
        <w:t>h</w:t>
      </w:r>
      <w:r w:rsidRPr="00D91A1F">
        <w:rPr>
          <w:rFonts w:asciiTheme="majorHAnsi" w:hAnsiTheme="majorHAnsi" w:cstheme="majorHAnsi"/>
          <w:b/>
          <w:bCs/>
        </w:rPr>
        <w:t>i</w:t>
      </w:r>
      <w:r w:rsidR="78DBE89F" w:rsidRPr="00D91A1F">
        <w:rPr>
          <w:rFonts w:asciiTheme="majorHAnsi" w:hAnsiTheme="majorHAnsi" w:cstheme="majorHAnsi"/>
          <w:b/>
          <w:bCs/>
        </w:rPr>
        <w:t>c</w:t>
      </w:r>
      <w:r w:rsidRPr="00D91A1F">
        <w:rPr>
          <w:rFonts w:asciiTheme="majorHAnsi" w:hAnsiTheme="majorHAnsi" w:cstheme="majorHAnsi"/>
          <w:b/>
          <w:bCs/>
        </w:rPr>
        <w:t>h bank(s)</w:t>
      </w:r>
      <w:r w:rsidR="79E39069" w:rsidRPr="00D91A1F">
        <w:rPr>
          <w:rFonts w:asciiTheme="majorHAnsi" w:hAnsiTheme="majorHAnsi" w:cstheme="majorHAnsi"/>
          <w:b/>
          <w:bCs/>
        </w:rPr>
        <w:t>/FIs have you worked with or/and do you work with</w:t>
      </w:r>
      <w:r w:rsidRPr="00D91A1F">
        <w:rPr>
          <w:rFonts w:asciiTheme="majorHAnsi" w:hAnsiTheme="majorHAnsi" w:cstheme="majorHAnsi"/>
          <w:b/>
          <w:bCs/>
        </w:rPr>
        <w:t xml:space="preserve">? </w:t>
      </w:r>
    </w:p>
    <w:p w14:paraId="280E9487" w14:textId="27B40C34" w:rsidR="341FAAD9" w:rsidRPr="00D91A1F" w:rsidRDefault="341FAAD9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Insert l</w:t>
      </w:r>
      <w:r w:rsidR="10DDCE27" w:rsidRPr="00D91A1F">
        <w:rPr>
          <w:rFonts w:asciiTheme="majorHAnsi" w:hAnsiTheme="majorHAnsi" w:cstheme="majorHAnsi"/>
        </w:rPr>
        <w:t>ist of banks…</w:t>
      </w:r>
    </w:p>
    <w:p w14:paraId="70DB6D24" w14:textId="13A9F114" w:rsidR="1F5B7C98" w:rsidRPr="00D91A1F" w:rsidRDefault="1F5B7C9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Insert l</w:t>
      </w:r>
      <w:r w:rsidR="10DDCE27" w:rsidRPr="00D91A1F">
        <w:rPr>
          <w:rFonts w:asciiTheme="majorHAnsi" w:hAnsiTheme="majorHAnsi" w:cstheme="majorHAnsi"/>
        </w:rPr>
        <w:t>ist of microfinance institutions...</w:t>
      </w:r>
    </w:p>
    <w:p w14:paraId="622E51B2" w14:textId="20CA3A8F" w:rsidR="659A3FAB" w:rsidRPr="00D91A1F" w:rsidRDefault="659A3FA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Other...(specify)</w:t>
      </w:r>
    </w:p>
    <w:p w14:paraId="03D1235E" w14:textId="7B656A80" w:rsidR="659A3FAB" w:rsidRPr="00D91A1F" w:rsidRDefault="659A3FA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 (I don</w:t>
      </w:r>
      <w:r w:rsidR="22D676EF" w:rsidRPr="00D91A1F">
        <w:rPr>
          <w:rFonts w:asciiTheme="majorHAnsi" w:hAnsiTheme="majorHAnsi" w:cstheme="majorHAnsi"/>
        </w:rPr>
        <w:t>’</w:t>
      </w:r>
      <w:r w:rsidRPr="00D91A1F">
        <w:rPr>
          <w:rFonts w:asciiTheme="majorHAnsi" w:hAnsiTheme="majorHAnsi" w:cstheme="majorHAnsi"/>
        </w:rPr>
        <w:t>t work with any bank/FI)</w:t>
      </w:r>
    </w:p>
    <w:p w14:paraId="6F86113C" w14:textId="42BB53B8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53015A4" w14:textId="166DD38F" w:rsidR="5554C475" w:rsidRPr="00D91A1F" w:rsidRDefault="5554C475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Which is your main / primary bank for business banking?</w:t>
      </w:r>
    </w:p>
    <w:p w14:paraId="26B0DEBB" w14:textId="27B40C34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Insert list of banks…</w:t>
      </w:r>
    </w:p>
    <w:p w14:paraId="7C18F6AB" w14:textId="13A9F114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Insert list of microfinance institutions...</w:t>
      </w:r>
    </w:p>
    <w:p w14:paraId="4820E33A" w14:textId="20CA3A8F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Other...(specify)</w:t>
      </w:r>
    </w:p>
    <w:p w14:paraId="7E1DE63B" w14:textId="7B656A80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 (I don’t work with any bank/FI)</w:t>
      </w:r>
    </w:p>
    <w:p w14:paraId="5056236C" w14:textId="29C1FF87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DC8D457" w14:textId="62CC407D" w:rsidR="0D040F22" w:rsidRPr="00D91A1F" w:rsidRDefault="0D040F2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Why did you choose your main bank.  Select up to five reasons?</w:t>
      </w:r>
    </w:p>
    <w:p w14:paraId="3422B8F2" w14:textId="53C59055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already use it for my personal banking</w:t>
      </w:r>
    </w:p>
    <w:p w14:paraId="12EE821F" w14:textId="0462B324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Most of my customers use it</w:t>
      </w:r>
    </w:p>
    <w:p w14:paraId="69F61688" w14:textId="6ED36B31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was approached directly by a relationship manager from this bank</w:t>
      </w:r>
    </w:p>
    <w:p w14:paraId="7A44318B" w14:textId="622ADD29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It was recommended to me </w:t>
      </w:r>
    </w:p>
    <w:p w14:paraId="6BE6201D" w14:textId="77BE3D1C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It offers consistently good service</w:t>
      </w:r>
    </w:p>
    <w:p w14:paraId="012277D0" w14:textId="2C64C4AB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was offered a relationship manager</w:t>
      </w:r>
    </w:p>
    <w:p w14:paraId="5DBE245F" w14:textId="3F514FB5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It has better products and services for businesses in my industry </w:t>
      </w:r>
    </w:p>
    <w:p w14:paraId="4C0445C8" w14:textId="6A47AAED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It has trusted security systems</w:t>
      </w:r>
    </w:p>
    <w:p w14:paraId="0A80CB65" w14:textId="687AE4F1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It was the easiest bank at which to open a business banking account</w:t>
      </w:r>
    </w:p>
    <w:p w14:paraId="678DF40E" w14:textId="18A2AB4D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Conveniently located / Has a good branch network where I need it</w:t>
      </w:r>
    </w:p>
    <w:p w14:paraId="3845A16E" w14:textId="74B3FFF0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Offers more affordable rates and fees</w:t>
      </w:r>
    </w:p>
    <w:p w14:paraId="4A148C61" w14:textId="766E9F35" w:rsidR="499880CE" w:rsidRPr="00D91A1F" w:rsidRDefault="499880CE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They w</w:t>
      </w:r>
      <w:r w:rsidR="0D040F22" w:rsidRPr="00D91A1F">
        <w:rPr>
          <w:rFonts w:asciiTheme="majorHAnsi" w:hAnsiTheme="majorHAnsi" w:cstheme="majorHAnsi"/>
        </w:rPr>
        <w:t>ere willing to give me credit</w:t>
      </w:r>
    </w:p>
    <w:p w14:paraId="1C994A1A" w14:textId="61C28808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Understands the sector in which you operate best</w:t>
      </w:r>
    </w:p>
    <w:p w14:paraId="291832A9" w14:textId="30B711B9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Offers a cheaper point of sale device</w:t>
      </w:r>
    </w:p>
    <w:p w14:paraId="339DCA57" w14:textId="0E0449C7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t>Is</w:t>
      </w:r>
      <w:proofErr w:type="gramEnd"/>
      <w:r w:rsidRPr="00D91A1F">
        <w:rPr>
          <w:rFonts w:asciiTheme="majorHAnsi" w:hAnsiTheme="majorHAnsi" w:cstheme="majorHAnsi"/>
        </w:rPr>
        <w:t xml:space="preserve"> the most successful bank</w:t>
      </w:r>
    </w:p>
    <w:p w14:paraId="6BA74695" w14:textId="77DAB8EC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Is the most reliable bank</w:t>
      </w:r>
    </w:p>
    <w:p w14:paraId="449763F8" w14:textId="3C159209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lastRenderedPageBreak/>
        <w:t>Makes</w:t>
      </w:r>
      <w:proofErr w:type="gramEnd"/>
      <w:r w:rsidRPr="00D91A1F">
        <w:rPr>
          <w:rFonts w:asciiTheme="majorHAnsi" w:hAnsiTheme="majorHAnsi" w:cstheme="majorHAnsi"/>
        </w:rPr>
        <w:t xml:space="preserve"> it fast and simple to pay your suppliers</w:t>
      </w:r>
    </w:p>
    <w:p w14:paraId="76562FA8" w14:textId="74F857E0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t>Makes</w:t>
      </w:r>
      <w:proofErr w:type="gramEnd"/>
      <w:r w:rsidRPr="00D91A1F">
        <w:rPr>
          <w:rFonts w:asciiTheme="majorHAnsi" w:hAnsiTheme="majorHAnsi" w:cstheme="majorHAnsi"/>
        </w:rPr>
        <w:t xml:space="preserve"> it quick and easy to get money from your clients</w:t>
      </w:r>
    </w:p>
    <w:p w14:paraId="25224EE6" w14:textId="35B4CDDB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Has the best electronic/digital channels</w:t>
      </w:r>
    </w:p>
    <w:p w14:paraId="574A0339" w14:textId="1540B6D0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Can assist your business to grow</w:t>
      </w:r>
    </w:p>
    <w:p w14:paraId="7667F319" w14:textId="39170965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Has competent staff that are able to assist you </w:t>
      </w:r>
    </w:p>
    <w:p w14:paraId="2FA5B226" w14:textId="6F8EC2C5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Has marketing and advertising you can relate to</w:t>
      </w:r>
    </w:p>
    <w:p w14:paraId="06C8D1F7" w14:textId="5C0B7873" w:rsidR="0D040F22" w:rsidRPr="00D91A1F" w:rsidRDefault="0D040F22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None of the above</w:t>
      </w:r>
    </w:p>
    <w:p w14:paraId="34F94D60" w14:textId="0E99ECA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7D12A0A0" w14:textId="45BB2E2D" w:rsidR="639A122F" w:rsidRPr="00D91A1F" w:rsidRDefault="639A122F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you had to now choose a bank for your business, what are (up to) five things that would be important to you today?</w:t>
      </w:r>
    </w:p>
    <w:p w14:paraId="13378818" w14:textId="7ED850F9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 bank I have a relationship with</w:t>
      </w:r>
    </w:p>
    <w:p w14:paraId="2694AFB9" w14:textId="7C0DAEE3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bank my customers use</w:t>
      </w:r>
    </w:p>
    <w:p w14:paraId="4B47FD0E" w14:textId="759574F9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Recommendations by family or friends</w:t>
      </w:r>
    </w:p>
    <w:p w14:paraId="202801A2" w14:textId="32964056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Consistently good service</w:t>
      </w:r>
    </w:p>
    <w:p w14:paraId="6782B034" w14:textId="6D120910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 relationship manager</w:t>
      </w:r>
    </w:p>
    <w:p w14:paraId="7E5FC1F5" w14:textId="45150959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Best products and services for businesses in my industry </w:t>
      </w:r>
    </w:p>
    <w:p w14:paraId="279347F0" w14:textId="7460B804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Trusted security systems</w:t>
      </w:r>
    </w:p>
    <w:p w14:paraId="745AEEF9" w14:textId="50EDAAF1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Ease to open a business bank account</w:t>
      </w:r>
    </w:p>
    <w:p w14:paraId="7432B303" w14:textId="6FD0F05C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Convenient location and branch network where I need it</w:t>
      </w:r>
    </w:p>
    <w:p w14:paraId="5B665A8E" w14:textId="1F72E1EA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Affordable rates and fees</w:t>
      </w:r>
    </w:p>
    <w:p w14:paraId="300C38B2" w14:textId="35679E2B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Access to credit</w:t>
      </w:r>
    </w:p>
    <w:p w14:paraId="7D668CED" w14:textId="6596B15B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Understanding of the needs of your business</w:t>
      </w:r>
    </w:p>
    <w:p w14:paraId="589B9459" w14:textId="76281029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An affordable point of sale device</w:t>
      </w:r>
    </w:p>
    <w:p w14:paraId="5A6D5FE9" w14:textId="17C15494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most successful bank</w:t>
      </w:r>
    </w:p>
    <w:p w14:paraId="2F5E6260" w14:textId="64EDCC75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most reliable bank</w:t>
      </w:r>
    </w:p>
    <w:p w14:paraId="08B85D1D" w14:textId="23F86EAB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safest bank</w:t>
      </w:r>
    </w:p>
    <w:p w14:paraId="2EE3F5CD" w14:textId="57D64CAE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Fast and simple ways to pay suppliers</w:t>
      </w:r>
    </w:p>
    <w:p w14:paraId="726125C2" w14:textId="6F732D7E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Quick and easy ways to get money from your customers</w:t>
      </w:r>
    </w:p>
    <w:p w14:paraId="34E5CD07" w14:textId="71D78617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best electronic/digital channels</w:t>
      </w:r>
    </w:p>
    <w:p w14:paraId="5DCB7838" w14:textId="2A30B4F7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As since in business growth </w:t>
      </w:r>
    </w:p>
    <w:p w14:paraId="1F8D89E4" w14:textId="5ABE6236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Competent staff that can assist you </w:t>
      </w:r>
    </w:p>
    <w:p w14:paraId="122A6FBB" w14:textId="406B452A" w:rsidR="639A122F" w:rsidRPr="00D91A1F" w:rsidRDefault="639A122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Marketing and advertising you can relate to</w:t>
      </w:r>
    </w:p>
    <w:p w14:paraId="12AF2B2C" w14:textId="6639C00E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5913B2EA" w14:textId="17684A0A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financial products/services do you currently use</w:t>
      </w:r>
      <w:r w:rsidR="17E559F5" w:rsidRPr="00D91A1F">
        <w:rPr>
          <w:rFonts w:asciiTheme="majorHAnsi" w:hAnsiTheme="majorHAnsi" w:cstheme="majorHAnsi"/>
          <w:b/>
          <w:bCs/>
        </w:rPr>
        <w:t xml:space="preserve"> for your business</w:t>
      </w:r>
      <w:r w:rsidRPr="00D91A1F">
        <w:rPr>
          <w:rFonts w:asciiTheme="majorHAnsi" w:hAnsiTheme="majorHAnsi" w:cstheme="majorHAnsi"/>
          <w:b/>
          <w:bCs/>
        </w:rPr>
        <w:t>? (Check all that apply)</w:t>
      </w:r>
    </w:p>
    <w:p w14:paraId="3F17E6AC" w14:textId="41954EE6" w:rsidR="76C9433F" w:rsidRPr="00D91A1F" w:rsidRDefault="76C9433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proofErr w:type="gramStart"/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</w:t>
      </w:r>
      <w:r w:rsidR="0C96119D" w:rsidRPr="00D91A1F">
        <w:rPr>
          <w:rFonts w:asciiTheme="majorHAnsi" w:hAnsiTheme="majorHAnsi" w:cstheme="majorHAnsi"/>
        </w:rPr>
        <w:t>Cheque</w:t>
      </w:r>
      <w:proofErr w:type="gramEnd"/>
      <w:r w:rsidR="0C96119D" w:rsidRPr="00D91A1F">
        <w:rPr>
          <w:rFonts w:asciiTheme="majorHAnsi" w:hAnsiTheme="majorHAnsi" w:cstheme="majorHAnsi"/>
        </w:rPr>
        <w:t>, current or transaction account</w:t>
      </w:r>
    </w:p>
    <w:p w14:paraId="69FAE8B2" w14:textId="357CBFA0" w:rsidR="40F27E97" w:rsidRPr="00D91A1F" w:rsidRDefault="40F27E9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 xml:space="preserve">Savings account </w:t>
      </w:r>
    </w:p>
    <w:p w14:paraId="7075F5F6" w14:textId="41CE0CE3" w:rsidR="6BD60DB0" w:rsidRPr="00D91A1F" w:rsidRDefault="6BD60DB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 xml:space="preserve">Term Deposit account </w:t>
      </w:r>
    </w:p>
    <w:p w14:paraId="593D8D2A" w14:textId="7C27E497" w:rsidR="1054923F" w:rsidRPr="00D91A1F" w:rsidRDefault="1054923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>Debit/ATM card</w:t>
      </w:r>
    </w:p>
    <w:p w14:paraId="749F0096" w14:textId="6C8BEABE" w:rsidR="566E1E9B" w:rsidRPr="00D91A1F" w:rsidRDefault="566E1E9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>Credit card</w:t>
      </w:r>
    </w:p>
    <w:p w14:paraId="7C4CF541" w14:textId="5C482A47" w:rsidR="03895433" w:rsidRPr="00D91A1F" w:rsidRDefault="0389543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 xml:space="preserve">A credit card machine (POS) </w:t>
      </w:r>
    </w:p>
    <w:p w14:paraId="626DD66D" w14:textId="51FDB32C" w:rsidR="6F620C7B" w:rsidRPr="00D91A1F" w:rsidRDefault="6F620C7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>Cash collection services</w:t>
      </w:r>
    </w:p>
    <w:p w14:paraId="583FE88B" w14:textId="456B466D" w:rsidR="30E4CEE8" w:rsidRPr="00D91A1F" w:rsidRDefault="30E4CEE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>Safe deposit boxes</w:t>
      </w:r>
    </w:p>
    <w:p w14:paraId="0800D1C5" w14:textId="0D42CAA7" w:rsidR="2A8D9290" w:rsidRPr="00D91A1F" w:rsidRDefault="2A8D929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6D1A07A" w:rsidRPr="00D91A1F">
        <w:rPr>
          <w:rFonts w:asciiTheme="majorHAnsi" w:hAnsiTheme="majorHAnsi" w:cstheme="majorHAnsi"/>
        </w:rPr>
        <w:t>Transfers within the same bank</w:t>
      </w:r>
      <w:r w:rsidR="7DE9E957" w:rsidRPr="00D91A1F">
        <w:rPr>
          <w:rFonts w:asciiTheme="majorHAnsi" w:hAnsiTheme="majorHAnsi" w:cstheme="majorHAnsi"/>
        </w:rPr>
        <w:t>, within the region</w:t>
      </w:r>
    </w:p>
    <w:p w14:paraId="718DB059" w14:textId="57485ABE" w:rsidR="3F06FED0" w:rsidRPr="00D91A1F" w:rsidRDefault="3F06FED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7DE9E957" w:rsidRPr="00D91A1F">
        <w:rPr>
          <w:rFonts w:asciiTheme="majorHAnsi" w:hAnsiTheme="majorHAnsi" w:cstheme="majorHAnsi"/>
        </w:rPr>
        <w:t>Transfers within the same bank, to other regions</w:t>
      </w:r>
    </w:p>
    <w:p w14:paraId="1EA3277F" w14:textId="53E53B85" w:rsidR="6B5B01E8" w:rsidRPr="00D91A1F" w:rsidRDefault="6B5B01E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7DE9E957" w:rsidRPr="00D91A1F">
        <w:rPr>
          <w:rFonts w:asciiTheme="majorHAnsi" w:hAnsiTheme="majorHAnsi" w:cstheme="majorHAnsi"/>
        </w:rPr>
        <w:t xml:space="preserve">Other </w:t>
      </w:r>
      <w:r w:rsidR="2D44194C" w:rsidRPr="00D91A1F">
        <w:rPr>
          <w:rFonts w:asciiTheme="majorHAnsi" w:hAnsiTheme="majorHAnsi" w:cstheme="majorHAnsi"/>
        </w:rPr>
        <w:t xml:space="preserve">Local </w:t>
      </w:r>
      <w:r w:rsidR="0C96119D" w:rsidRPr="00D91A1F">
        <w:rPr>
          <w:rFonts w:asciiTheme="majorHAnsi" w:hAnsiTheme="majorHAnsi" w:cstheme="majorHAnsi"/>
        </w:rPr>
        <w:t>Money transfers</w:t>
      </w:r>
      <w:r w:rsidR="3600C471" w:rsidRPr="00D91A1F">
        <w:rPr>
          <w:rFonts w:asciiTheme="majorHAnsi" w:hAnsiTheme="majorHAnsi" w:cstheme="majorHAnsi"/>
        </w:rPr>
        <w:t xml:space="preserve"> (within the country</w:t>
      </w:r>
      <w:r w:rsidR="1197BA21" w:rsidRPr="00D91A1F">
        <w:rPr>
          <w:rFonts w:asciiTheme="majorHAnsi" w:hAnsiTheme="majorHAnsi" w:cstheme="majorHAnsi"/>
        </w:rPr>
        <w:t>, different banks</w:t>
      </w:r>
      <w:r w:rsidR="3600C471" w:rsidRPr="00D91A1F">
        <w:rPr>
          <w:rFonts w:asciiTheme="majorHAnsi" w:hAnsiTheme="majorHAnsi" w:cstheme="majorHAnsi"/>
        </w:rPr>
        <w:t>)</w:t>
      </w:r>
    </w:p>
    <w:p w14:paraId="237BFA72" w14:textId="54F2795E" w:rsidR="3621D8FB" w:rsidRPr="00D91A1F" w:rsidRDefault="3621D8F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3600C471" w:rsidRPr="00D91A1F">
        <w:rPr>
          <w:rFonts w:asciiTheme="majorHAnsi" w:hAnsiTheme="majorHAnsi" w:cstheme="majorHAnsi"/>
        </w:rPr>
        <w:t>International Money transfers</w:t>
      </w:r>
      <w:r w:rsidR="6A47DDA7" w:rsidRPr="00D91A1F">
        <w:rPr>
          <w:rFonts w:asciiTheme="majorHAnsi" w:hAnsiTheme="majorHAnsi" w:cstheme="majorHAnsi"/>
        </w:rPr>
        <w:t xml:space="preserve"> (to other countries)</w:t>
      </w:r>
    </w:p>
    <w:p w14:paraId="1963E54A" w14:textId="69A0D527" w:rsidR="5AFDC913" w:rsidRPr="00D91A1F" w:rsidRDefault="5AFDC91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47DDA7" w:rsidRPr="00D91A1F">
        <w:rPr>
          <w:rFonts w:asciiTheme="majorHAnsi" w:hAnsiTheme="majorHAnsi" w:cstheme="majorHAnsi"/>
        </w:rPr>
        <w:t>Banking mobile app transfers</w:t>
      </w:r>
    </w:p>
    <w:p w14:paraId="070321B8" w14:textId="7B9658A9" w:rsidR="61647A63" w:rsidRPr="00D91A1F" w:rsidRDefault="61647A6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47DDA7" w:rsidRPr="00D91A1F">
        <w:rPr>
          <w:rFonts w:asciiTheme="majorHAnsi" w:hAnsiTheme="majorHAnsi" w:cstheme="majorHAnsi"/>
        </w:rPr>
        <w:t xml:space="preserve">Banking mobile money account </w:t>
      </w:r>
    </w:p>
    <w:p w14:paraId="0B9CA181" w14:textId="54649202" w:rsidR="4D05FDC2" w:rsidRPr="00D91A1F" w:rsidRDefault="4D05FDC2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proofErr w:type="gramStart"/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6A47DDA7" w:rsidRPr="00D91A1F">
        <w:rPr>
          <w:rFonts w:asciiTheme="majorHAnsi" w:hAnsiTheme="majorHAnsi" w:cstheme="majorHAnsi"/>
        </w:rPr>
        <w:t>Mobile money account</w:t>
      </w:r>
      <w:proofErr w:type="gramEnd"/>
      <w:r w:rsidR="6A47DDA7" w:rsidRPr="00D91A1F">
        <w:rPr>
          <w:rFonts w:asciiTheme="majorHAnsi" w:hAnsiTheme="majorHAnsi" w:cstheme="majorHAnsi"/>
        </w:rPr>
        <w:t xml:space="preserve"> transfers (</w:t>
      </w:r>
      <w:proofErr w:type="spellStart"/>
      <w:r w:rsidR="6A47DDA7" w:rsidRPr="00D91A1F">
        <w:rPr>
          <w:rFonts w:asciiTheme="majorHAnsi" w:hAnsiTheme="majorHAnsi" w:cstheme="majorHAnsi"/>
        </w:rPr>
        <w:t>Mpesa</w:t>
      </w:r>
      <w:proofErr w:type="spellEnd"/>
      <w:r w:rsidR="6A47DDA7" w:rsidRPr="00D91A1F">
        <w:rPr>
          <w:rFonts w:asciiTheme="majorHAnsi" w:hAnsiTheme="majorHAnsi" w:cstheme="majorHAnsi"/>
        </w:rPr>
        <w:t xml:space="preserve">, Airtel Money, Orange Money </w:t>
      </w:r>
      <w:proofErr w:type="spellStart"/>
      <w:r w:rsidR="6A47DDA7" w:rsidRPr="00D91A1F">
        <w:rPr>
          <w:rFonts w:asciiTheme="majorHAnsi" w:hAnsiTheme="majorHAnsi" w:cstheme="majorHAnsi"/>
        </w:rPr>
        <w:t>etc</w:t>
      </w:r>
      <w:proofErr w:type="spellEnd"/>
      <w:r w:rsidR="6A47DDA7" w:rsidRPr="00D91A1F">
        <w:rPr>
          <w:rFonts w:asciiTheme="majorHAnsi" w:hAnsiTheme="majorHAnsi" w:cstheme="majorHAnsi"/>
        </w:rPr>
        <w:t>)</w:t>
      </w:r>
    </w:p>
    <w:p w14:paraId="5A456309" w14:textId="2F54F145" w:rsidR="7F9A78B2" w:rsidRPr="00D91A1F" w:rsidRDefault="7F9A78B2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>SMS payment/transaction alerts</w:t>
      </w:r>
    </w:p>
    <w:p w14:paraId="315E8818" w14:textId="5CFBC524" w:rsidR="4071C76A" w:rsidRPr="00D91A1F" w:rsidRDefault="4071C76A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0C96119D" w:rsidRPr="00D91A1F">
        <w:rPr>
          <w:rFonts w:asciiTheme="majorHAnsi" w:hAnsiTheme="majorHAnsi" w:cstheme="majorHAnsi"/>
        </w:rPr>
        <w:t>Other Specify</w:t>
      </w:r>
    </w:p>
    <w:p w14:paraId="24AE97AF" w14:textId="1F9F4489" w:rsidR="0778377D" w:rsidRPr="00D91A1F" w:rsidRDefault="0778377D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you have used such financial products/services, can you state the cost/pricing</w:t>
      </w:r>
      <w:r w:rsidR="51031730" w:rsidRPr="00D91A1F">
        <w:rPr>
          <w:rFonts w:asciiTheme="majorHAnsi" w:hAnsiTheme="majorHAnsi" w:cstheme="majorHAnsi"/>
          <w:b/>
          <w:bCs/>
        </w:rPr>
        <w:t xml:space="preserve"> (approximate the cost, or alternatively state if you find the cost reasonable or expensive</w:t>
      </w:r>
      <w:proofErr w:type="gramStart"/>
      <w:r w:rsidR="51031730" w:rsidRPr="00D91A1F">
        <w:rPr>
          <w:rFonts w:asciiTheme="majorHAnsi" w:hAnsiTheme="majorHAnsi" w:cstheme="majorHAnsi"/>
          <w:b/>
          <w:bCs/>
        </w:rPr>
        <w:t xml:space="preserve">) </w:t>
      </w:r>
      <w:r w:rsidRPr="00D91A1F">
        <w:rPr>
          <w:rFonts w:asciiTheme="majorHAnsi" w:hAnsiTheme="majorHAnsi" w:cstheme="majorHAnsi"/>
          <w:b/>
          <w:bCs/>
        </w:rPr>
        <w:t>?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</w:t>
      </w:r>
    </w:p>
    <w:p w14:paraId="6B473535" w14:textId="76F4CF36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proofErr w:type="gramStart"/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Current</w:t>
      </w:r>
      <w:proofErr w:type="gramEnd"/>
      <w:r w:rsidRPr="00D91A1F">
        <w:rPr>
          <w:rFonts w:asciiTheme="majorHAnsi" w:hAnsiTheme="majorHAnsi" w:cstheme="majorHAnsi"/>
        </w:rPr>
        <w:t xml:space="preserve"> account maintenance fee________</w:t>
      </w:r>
    </w:p>
    <w:p w14:paraId="30E67E1C" w14:textId="7A858289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proofErr w:type="gramStart"/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Check</w:t>
      </w:r>
      <w:proofErr w:type="gramEnd"/>
      <w:r w:rsidRPr="00D91A1F">
        <w:rPr>
          <w:rFonts w:asciiTheme="majorHAnsi" w:hAnsiTheme="majorHAnsi" w:cstheme="majorHAnsi"/>
        </w:rPr>
        <w:t xml:space="preserve"> book_________ </w:t>
      </w:r>
    </w:p>
    <w:p w14:paraId="435DE16E" w14:textId="70CBC846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Savings account interest rate________</w:t>
      </w:r>
    </w:p>
    <w:p w14:paraId="63563732" w14:textId="6A8D2A47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Term Deposit account interest rate________</w:t>
      </w:r>
    </w:p>
    <w:p w14:paraId="56E73839" w14:textId="31F56F36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Debit/ATM card annual cost and cost per tr</w:t>
      </w:r>
      <w:r w:rsidR="5999C074" w:rsidRPr="00D91A1F">
        <w:rPr>
          <w:rFonts w:asciiTheme="majorHAnsi" w:hAnsiTheme="majorHAnsi" w:cstheme="majorHAnsi"/>
        </w:rPr>
        <w:t>ansaction</w:t>
      </w:r>
      <w:r w:rsidRPr="00D91A1F">
        <w:rPr>
          <w:rFonts w:asciiTheme="majorHAnsi" w:hAnsiTheme="majorHAnsi" w:cstheme="majorHAnsi"/>
        </w:rPr>
        <w:t>_________</w:t>
      </w:r>
    </w:p>
    <w:p w14:paraId="378ACB00" w14:textId="3075F625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Credit card annual cost</w:t>
      </w:r>
      <w:r w:rsidR="7EA5419B" w:rsidRPr="00D91A1F">
        <w:rPr>
          <w:rFonts w:asciiTheme="majorHAnsi" w:hAnsiTheme="majorHAnsi" w:cstheme="majorHAnsi"/>
        </w:rPr>
        <w:t xml:space="preserve"> and cost per transaction</w:t>
      </w:r>
      <w:r w:rsidRPr="00D91A1F">
        <w:rPr>
          <w:rFonts w:asciiTheme="majorHAnsi" w:hAnsiTheme="majorHAnsi" w:cstheme="majorHAnsi"/>
        </w:rPr>
        <w:t>________</w:t>
      </w:r>
    </w:p>
    <w:p w14:paraId="5A15512C" w14:textId="3F4F9A87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credit card machine (POS) </w:t>
      </w:r>
      <w:r w:rsidR="073D5F54" w:rsidRPr="00D91A1F">
        <w:rPr>
          <w:rFonts w:asciiTheme="majorHAnsi" w:hAnsiTheme="majorHAnsi" w:cstheme="majorHAnsi"/>
        </w:rPr>
        <w:t xml:space="preserve">deployment cost and other cost (monthly, per </w:t>
      </w:r>
      <w:proofErr w:type="gramStart"/>
      <w:r w:rsidR="073D5F54" w:rsidRPr="00D91A1F">
        <w:rPr>
          <w:rFonts w:asciiTheme="majorHAnsi" w:hAnsiTheme="majorHAnsi" w:cstheme="majorHAnsi"/>
        </w:rPr>
        <w:t>transaction..</w:t>
      </w:r>
      <w:proofErr w:type="gramEnd"/>
      <w:r w:rsidR="073D5F54" w:rsidRPr="00D91A1F">
        <w:rPr>
          <w:rFonts w:asciiTheme="majorHAnsi" w:hAnsiTheme="majorHAnsi" w:cstheme="majorHAnsi"/>
        </w:rPr>
        <w:t>)</w:t>
      </w:r>
    </w:p>
    <w:p w14:paraId="257722E5" w14:textId="04FD197C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Cash collection services</w:t>
      </w:r>
      <w:r w:rsidR="773983BA" w:rsidRPr="00D91A1F">
        <w:rPr>
          <w:rFonts w:asciiTheme="majorHAnsi" w:hAnsiTheme="majorHAnsi" w:cstheme="majorHAnsi"/>
        </w:rPr>
        <w:t xml:space="preserve"> costs_______</w:t>
      </w:r>
    </w:p>
    <w:p w14:paraId="56FD9927" w14:textId="68AA0FCB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Safe deposit boxes</w:t>
      </w:r>
      <w:r w:rsidR="531463B9" w:rsidRPr="00D91A1F">
        <w:rPr>
          <w:rFonts w:asciiTheme="majorHAnsi" w:hAnsiTheme="majorHAnsi" w:cstheme="majorHAnsi"/>
        </w:rPr>
        <w:t xml:space="preserve"> costs_________</w:t>
      </w:r>
    </w:p>
    <w:p w14:paraId="6BE775A1" w14:textId="60C1E26E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Transfers within the same bank, within the region</w:t>
      </w:r>
      <w:r w:rsidR="5E6E88F6" w:rsidRPr="00D91A1F">
        <w:rPr>
          <w:rFonts w:asciiTheme="majorHAnsi" w:hAnsiTheme="majorHAnsi" w:cstheme="majorHAnsi"/>
        </w:rPr>
        <w:t>_________</w:t>
      </w:r>
    </w:p>
    <w:p w14:paraId="74291195" w14:textId="36B329DD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Transfers within the same bank, to other regions</w:t>
      </w:r>
      <w:r w:rsidR="79346289" w:rsidRPr="00D91A1F">
        <w:rPr>
          <w:rFonts w:asciiTheme="majorHAnsi" w:hAnsiTheme="majorHAnsi" w:cstheme="majorHAnsi"/>
        </w:rPr>
        <w:t>_________</w:t>
      </w:r>
    </w:p>
    <w:p w14:paraId="070A3524" w14:textId="47E11662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 Local Money transfers (within the country, different </w:t>
      </w:r>
      <w:proofErr w:type="gramStart"/>
      <w:r w:rsidRPr="00D91A1F">
        <w:rPr>
          <w:rFonts w:asciiTheme="majorHAnsi" w:hAnsiTheme="majorHAnsi" w:cstheme="majorHAnsi"/>
        </w:rPr>
        <w:t>banks)</w:t>
      </w:r>
      <w:r w:rsidR="395A4DFF" w:rsidRPr="00D91A1F">
        <w:rPr>
          <w:rFonts w:asciiTheme="majorHAnsi" w:hAnsiTheme="majorHAnsi" w:cstheme="majorHAnsi"/>
        </w:rPr>
        <w:t>_</w:t>
      </w:r>
      <w:proofErr w:type="gramEnd"/>
      <w:r w:rsidR="395A4DFF" w:rsidRPr="00D91A1F">
        <w:rPr>
          <w:rFonts w:asciiTheme="majorHAnsi" w:hAnsiTheme="majorHAnsi" w:cstheme="majorHAnsi"/>
        </w:rPr>
        <w:t>_______</w:t>
      </w:r>
    </w:p>
    <w:p w14:paraId="42E173A7" w14:textId="4E902E78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International Money transfers (to other </w:t>
      </w:r>
      <w:proofErr w:type="gramStart"/>
      <w:r w:rsidRPr="00D91A1F">
        <w:rPr>
          <w:rFonts w:asciiTheme="majorHAnsi" w:hAnsiTheme="majorHAnsi" w:cstheme="majorHAnsi"/>
        </w:rPr>
        <w:t>countries)</w:t>
      </w:r>
      <w:r w:rsidR="71D459A5" w:rsidRPr="00D91A1F">
        <w:rPr>
          <w:rFonts w:asciiTheme="majorHAnsi" w:hAnsiTheme="majorHAnsi" w:cstheme="majorHAnsi"/>
        </w:rPr>
        <w:t>_</w:t>
      </w:r>
      <w:proofErr w:type="gramEnd"/>
      <w:r w:rsidR="71D459A5" w:rsidRPr="00D91A1F">
        <w:rPr>
          <w:rFonts w:asciiTheme="majorHAnsi" w:hAnsiTheme="majorHAnsi" w:cstheme="majorHAnsi"/>
        </w:rPr>
        <w:t>_________</w:t>
      </w:r>
    </w:p>
    <w:p w14:paraId="4022306F" w14:textId="04B30796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Banking mobile app transfers</w:t>
      </w:r>
      <w:r w:rsidR="6D60BFF9" w:rsidRPr="00D91A1F">
        <w:rPr>
          <w:rFonts w:asciiTheme="majorHAnsi" w:hAnsiTheme="majorHAnsi" w:cstheme="majorHAnsi"/>
        </w:rPr>
        <w:t>___________</w:t>
      </w:r>
    </w:p>
    <w:p w14:paraId="75A402A2" w14:textId="656B291D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Banking mobile money account </w:t>
      </w:r>
      <w:r w:rsidR="760155E9" w:rsidRPr="00D91A1F">
        <w:rPr>
          <w:rFonts w:asciiTheme="majorHAnsi" w:hAnsiTheme="majorHAnsi" w:cstheme="majorHAnsi"/>
        </w:rPr>
        <w:t>___________</w:t>
      </w:r>
    </w:p>
    <w:p w14:paraId="774565C8" w14:textId="60B52F0B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Mobile money account transfers (</w:t>
      </w:r>
      <w:proofErr w:type="spellStart"/>
      <w:r w:rsidRPr="00D91A1F">
        <w:rPr>
          <w:rFonts w:asciiTheme="majorHAnsi" w:hAnsiTheme="majorHAnsi" w:cstheme="majorHAnsi"/>
        </w:rPr>
        <w:t>Mpesa</w:t>
      </w:r>
      <w:proofErr w:type="spellEnd"/>
      <w:r w:rsidRPr="00D91A1F">
        <w:rPr>
          <w:rFonts w:asciiTheme="majorHAnsi" w:hAnsiTheme="majorHAnsi" w:cstheme="majorHAnsi"/>
        </w:rPr>
        <w:t xml:space="preserve">, Airtel Money, Orange Money </w:t>
      </w:r>
      <w:proofErr w:type="spellStart"/>
      <w:proofErr w:type="gramStart"/>
      <w:r w:rsidRPr="00D91A1F">
        <w:rPr>
          <w:rFonts w:asciiTheme="majorHAnsi" w:hAnsiTheme="majorHAnsi" w:cstheme="majorHAnsi"/>
        </w:rPr>
        <w:t>etc</w:t>
      </w:r>
      <w:proofErr w:type="spellEnd"/>
      <w:r w:rsidRPr="00D91A1F">
        <w:rPr>
          <w:rFonts w:asciiTheme="majorHAnsi" w:hAnsiTheme="majorHAnsi" w:cstheme="majorHAnsi"/>
        </w:rPr>
        <w:t>)</w:t>
      </w:r>
      <w:r w:rsidR="2E3234DB" w:rsidRPr="00D91A1F">
        <w:rPr>
          <w:rFonts w:asciiTheme="majorHAnsi" w:hAnsiTheme="majorHAnsi" w:cstheme="majorHAnsi"/>
        </w:rPr>
        <w:t>_</w:t>
      </w:r>
      <w:proofErr w:type="gramEnd"/>
      <w:r w:rsidR="2E3234DB" w:rsidRPr="00D91A1F">
        <w:rPr>
          <w:rFonts w:asciiTheme="majorHAnsi" w:hAnsiTheme="majorHAnsi" w:cstheme="majorHAnsi"/>
        </w:rPr>
        <w:t>________</w:t>
      </w:r>
    </w:p>
    <w:p w14:paraId="3A1BA590" w14:textId="344CF653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SMS payment/transaction </w:t>
      </w:r>
      <w:proofErr w:type="gramStart"/>
      <w:r w:rsidRPr="00D91A1F">
        <w:rPr>
          <w:rFonts w:asciiTheme="majorHAnsi" w:hAnsiTheme="majorHAnsi" w:cstheme="majorHAnsi"/>
        </w:rPr>
        <w:t>alerts</w:t>
      </w:r>
      <w:r w:rsidR="2075FFC6" w:rsidRPr="00D91A1F">
        <w:rPr>
          <w:rFonts w:asciiTheme="majorHAnsi" w:hAnsiTheme="majorHAnsi" w:cstheme="majorHAnsi"/>
        </w:rPr>
        <w:t>__</w:t>
      </w:r>
      <w:proofErr w:type="gramEnd"/>
      <w:r w:rsidR="2075FFC6" w:rsidRPr="00D91A1F">
        <w:rPr>
          <w:rFonts w:asciiTheme="majorHAnsi" w:hAnsiTheme="majorHAnsi" w:cstheme="majorHAnsi"/>
        </w:rPr>
        <w:t>______</w:t>
      </w:r>
    </w:p>
    <w:p w14:paraId="1729E32B" w14:textId="2EEAEC7D" w:rsidR="0778377D" w:rsidRPr="00D91A1F" w:rsidRDefault="0778377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 Specify</w:t>
      </w:r>
      <w:r w:rsidR="47994E6E" w:rsidRPr="00D91A1F">
        <w:rPr>
          <w:rFonts w:asciiTheme="majorHAnsi" w:hAnsiTheme="majorHAnsi" w:cstheme="majorHAnsi"/>
        </w:rPr>
        <w:t>_____</w:t>
      </w:r>
    </w:p>
    <w:p w14:paraId="468A9DC4" w14:textId="33DEE9D1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0E81473C" w14:textId="1A09D0DD" w:rsidR="7BA6CF77" w:rsidRPr="00D91A1F" w:rsidRDefault="7BA6CF7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Credit history</w:t>
      </w:r>
    </w:p>
    <w:p w14:paraId="506EF1B8" w14:textId="32999EEC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Have you ever applied for a loan</w:t>
      </w:r>
      <w:r w:rsidR="14405B76" w:rsidRPr="00D91A1F">
        <w:rPr>
          <w:rFonts w:asciiTheme="majorHAnsi" w:hAnsiTheme="majorHAnsi" w:cstheme="majorHAnsi"/>
          <w:b/>
          <w:bCs/>
        </w:rPr>
        <w:t xml:space="preserve"> for your business</w:t>
      </w:r>
      <w:r w:rsidRPr="00D91A1F">
        <w:rPr>
          <w:rFonts w:asciiTheme="majorHAnsi" w:hAnsiTheme="majorHAnsi" w:cstheme="majorHAnsi"/>
          <w:b/>
          <w:bCs/>
        </w:rPr>
        <w:t>?</w:t>
      </w:r>
    </w:p>
    <w:p w14:paraId="05C77A04" w14:textId="29685F5C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</w:t>
      </w:r>
      <w:r w:rsidR="390492A5" w:rsidRPr="00D91A1F">
        <w:rPr>
          <w:rFonts w:asciiTheme="majorHAnsi" w:hAnsiTheme="majorHAnsi" w:cstheme="majorHAnsi"/>
        </w:rPr>
        <w:t xml:space="preserve">, </w:t>
      </w:r>
      <w:r w:rsidR="47765252" w:rsidRPr="00D91A1F">
        <w:rPr>
          <w:rFonts w:asciiTheme="majorHAnsi" w:hAnsiTheme="majorHAnsi" w:cstheme="majorHAnsi"/>
        </w:rPr>
        <w:t>I have applied for a</w:t>
      </w:r>
      <w:r w:rsidR="39743570" w:rsidRPr="00D91A1F">
        <w:rPr>
          <w:rFonts w:asciiTheme="majorHAnsi" w:hAnsiTheme="majorHAnsi" w:cstheme="majorHAnsi"/>
        </w:rPr>
        <w:t xml:space="preserve"> business loan</w:t>
      </w:r>
    </w:p>
    <w:p w14:paraId="1A4D1A44" w14:textId="2D8FF0A2" w:rsidR="00B12531" w:rsidRPr="00D91A1F" w:rsidRDefault="390492A5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</w:t>
      </w:r>
      <w:r w:rsidR="5AA4D944" w:rsidRPr="00D91A1F">
        <w:rPr>
          <w:rFonts w:asciiTheme="majorHAnsi" w:hAnsiTheme="majorHAnsi" w:cstheme="majorHAnsi"/>
        </w:rPr>
        <w:t xml:space="preserve">, I applied for a personal </w:t>
      </w:r>
      <w:proofErr w:type="gramStart"/>
      <w:r w:rsidR="5AA4D944" w:rsidRPr="00D91A1F">
        <w:rPr>
          <w:rFonts w:asciiTheme="majorHAnsi" w:hAnsiTheme="majorHAnsi" w:cstheme="majorHAnsi"/>
        </w:rPr>
        <w:t>loan</w:t>
      </w:r>
      <w:proofErr w:type="gramEnd"/>
      <w:r w:rsidR="5AA4D944" w:rsidRPr="00D91A1F">
        <w:rPr>
          <w:rFonts w:asciiTheme="majorHAnsi" w:hAnsiTheme="majorHAnsi" w:cstheme="majorHAnsi"/>
        </w:rPr>
        <w:t xml:space="preserve"> but it was for my business</w:t>
      </w:r>
    </w:p>
    <w:p w14:paraId="4B3C01B3" w14:textId="6101D481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No</w:t>
      </w:r>
    </w:p>
    <w:p w14:paraId="1EBE4B77" w14:textId="49DF0C58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E487A10" w14:textId="102C5086" w:rsidR="1BD3E973" w:rsidRPr="00D91A1F" w:rsidRDefault="1BD3E973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Have you ever obtained </w:t>
      </w:r>
      <w:proofErr w:type="gramStart"/>
      <w:r w:rsidRPr="00D91A1F">
        <w:rPr>
          <w:rFonts w:asciiTheme="majorHAnsi" w:hAnsiTheme="majorHAnsi" w:cstheme="majorHAnsi"/>
          <w:b/>
          <w:bCs/>
        </w:rPr>
        <w:t>formal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loan you used for your </w:t>
      </w:r>
      <w:proofErr w:type="gramStart"/>
      <w:r w:rsidRPr="00D91A1F">
        <w:rPr>
          <w:rFonts w:asciiTheme="majorHAnsi" w:hAnsiTheme="majorHAnsi" w:cstheme="majorHAnsi"/>
          <w:b/>
          <w:bCs/>
        </w:rPr>
        <w:t>business ?</w:t>
      </w:r>
      <w:proofErr w:type="gramEnd"/>
    </w:p>
    <w:p w14:paraId="1494E42A" w14:textId="2A7D4A0F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</w:t>
      </w:r>
      <w:r w:rsidR="2FD9C538" w:rsidRPr="00D91A1F">
        <w:rPr>
          <w:rFonts w:asciiTheme="majorHAnsi" w:hAnsiTheme="majorHAnsi" w:cstheme="majorHAnsi"/>
        </w:rPr>
        <w:t xml:space="preserve">, i have obtained a business loan  </w:t>
      </w:r>
    </w:p>
    <w:p w14:paraId="42F3A51E" w14:textId="5DB9F539" w:rsidR="2FD9C538" w:rsidRPr="00D91A1F" w:rsidRDefault="2FD9C53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Yes, i have obtained a personal loan </w:t>
      </w:r>
      <w:proofErr w:type="gramStart"/>
      <w:r w:rsidRPr="00D91A1F">
        <w:rPr>
          <w:rFonts w:asciiTheme="majorHAnsi" w:hAnsiTheme="majorHAnsi" w:cstheme="majorHAnsi"/>
        </w:rPr>
        <w:t>but i</w:t>
      </w:r>
      <w:proofErr w:type="gramEnd"/>
      <w:r w:rsidRPr="00D91A1F">
        <w:rPr>
          <w:rFonts w:asciiTheme="majorHAnsi" w:hAnsiTheme="majorHAnsi" w:cstheme="majorHAnsi"/>
        </w:rPr>
        <w:t xml:space="preserve"> used </w:t>
      </w:r>
      <w:proofErr w:type="gramStart"/>
      <w:r w:rsidRPr="00D91A1F">
        <w:rPr>
          <w:rFonts w:asciiTheme="majorHAnsi" w:hAnsiTheme="majorHAnsi" w:cstheme="majorHAnsi"/>
        </w:rPr>
        <w:t>if</w:t>
      </w:r>
      <w:proofErr w:type="gramEnd"/>
      <w:r w:rsidRPr="00D91A1F">
        <w:rPr>
          <w:rFonts w:asciiTheme="majorHAnsi" w:hAnsiTheme="majorHAnsi" w:cstheme="majorHAnsi"/>
        </w:rPr>
        <w:t xml:space="preserve"> for my business  </w:t>
      </w:r>
    </w:p>
    <w:p w14:paraId="4332B355" w14:textId="6101D481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</w:t>
      </w:r>
    </w:p>
    <w:p w14:paraId="70DE1AAF" w14:textId="57F194BD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1E24217" w14:textId="7FE33EDF" w:rsidR="1BD3E973" w:rsidRPr="00D91A1F" w:rsidRDefault="1BD3E973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How many loans</w:t>
      </w:r>
      <w:r w:rsidR="51679CB6" w:rsidRPr="00D91A1F">
        <w:rPr>
          <w:rFonts w:asciiTheme="majorHAnsi" w:hAnsiTheme="majorHAnsi" w:cstheme="majorHAnsi"/>
          <w:b/>
          <w:bCs/>
        </w:rPr>
        <w:t xml:space="preserve"> (personal or business)</w:t>
      </w:r>
      <w:r w:rsidRPr="00D91A1F">
        <w:rPr>
          <w:rFonts w:asciiTheme="majorHAnsi" w:hAnsiTheme="majorHAnsi" w:cstheme="majorHAnsi"/>
          <w:b/>
          <w:bCs/>
        </w:rPr>
        <w:t xml:space="preserve"> from a financial institution have you received</w:t>
      </w:r>
      <w:r w:rsidR="6A1A4D20" w:rsidRPr="00D91A1F">
        <w:rPr>
          <w:rFonts w:asciiTheme="majorHAnsi" w:hAnsiTheme="majorHAnsi" w:cstheme="majorHAnsi"/>
          <w:b/>
          <w:bCs/>
        </w:rPr>
        <w:t xml:space="preserve"> and used for your business </w:t>
      </w:r>
      <w:proofErr w:type="gramStart"/>
      <w:r w:rsidR="6A1A4D20" w:rsidRPr="00D91A1F">
        <w:rPr>
          <w:rFonts w:asciiTheme="majorHAnsi" w:hAnsiTheme="majorHAnsi" w:cstheme="majorHAnsi"/>
          <w:b/>
          <w:bCs/>
        </w:rPr>
        <w:t xml:space="preserve">needs </w:t>
      </w:r>
      <w:r w:rsidRPr="00D91A1F">
        <w:rPr>
          <w:rFonts w:asciiTheme="majorHAnsi" w:hAnsiTheme="majorHAnsi" w:cstheme="majorHAnsi"/>
          <w:b/>
          <w:bCs/>
        </w:rPr>
        <w:t>?</w:t>
      </w:r>
      <w:proofErr w:type="gramEnd"/>
    </w:p>
    <w:p w14:paraId="20AA3FFB" w14:textId="76A1D41F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None</w:t>
      </w:r>
    </w:p>
    <w:p w14:paraId="78BB6813" w14:textId="1AB452FB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1</w:t>
      </w:r>
    </w:p>
    <w:p w14:paraId="2B0E6687" w14:textId="6E0A5405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2</w:t>
      </w:r>
    </w:p>
    <w:p w14:paraId="52E852F9" w14:textId="2A8AFC09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3</w:t>
      </w:r>
    </w:p>
    <w:p w14:paraId="52B41E02" w14:textId="298725DC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4</w:t>
      </w:r>
    </w:p>
    <w:p w14:paraId="6C0A474F" w14:textId="00779686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5</w:t>
      </w:r>
    </w:p>
    <w:p w14:paraId="79D958C4" w14:textId="7E0E88C8" w:rsidR="1BD3E973" w:rsidRPr="00D91A1F" w:rsidRDefault="1BD3E97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 5</w:t>
      </w:r>
    </w:p>
    <w:p w14:paraId="295497FC" w14:textId="2289650B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7F106B43" w14:textId="7371AC2D" w:rsidR="0FD6FE2B" w:rsidRPr="00D91A1F" w:rsidRDefault="0FD6FE2B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Please specify your past loan amounts, interest rate, duration, loan purpose and for each loan, the financial institution</w:t>
      </w:r>
      <w:r w:rsidR="7DBA7A73" w:rsidRPr="00D91A1F">
        <w:rPr>
          <w:rFonts w:asciiTheme="majorHAnsi" w:hAnsiTheme="majorHAnsi" w:cstheme="majorHAnsi"/>
          <w:b/>
          <w:bCs/>
        </w:rPr>
        <w:t>(s)</w:t>
      </w:r>
      <w:r w:rsidRPr="00D91A1F">
        <w:rPr>
          <w:rFonts w:asciiTheme="majorHAnsi" w:hAnsiTheme="majorHAnsi" w:cstheme="majorHAnsi"/>
          <w:b/>
          <w:bCs/>
        </w:rPr>
        <w:t xml:space="preserve"> you obtained </w:t>
      </w:r>
      <w:r w:rsidR="7BD13CA5" w:rsidRPr="00D91A1F">
        <w:rPr>
          <w:rFonts w:asciiTheme="majorHAnsi" w:hAnsiTheme="majorHAnsi" w:cstheme="majorHAnsi"/>
          <w:b/>
          <w:bCs/>
        </w:rPr>
        <w:t>loan(s)</w:t>
      </w:r>
      <w:r w:rsidRPr="00D91A1F">
        <w:rPr>
          <w:rFonts w:asciiTheme="majorHAnsi" w:hAnsiTheme="majorHAnsi" w:cstheme="majorHAnsi"/>
          <w:b/>
          <w:bCs/>
        </w:rPr>
        <w:t xml:space="preserve"> from</w:t>
      </w:r>
    </w:p>
    <w:p w14:paraId="30E16EF8" w14:textId="58E1CE09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07F823D8" w14:textId="58205AE1" w:rsidR="416BF13A" w:rsidRPr="00D91A1F" w:rsidRDefault="416BF13A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In case you have used a personal loan for your business needs, please explain why you chose that option (and not a business loan) </w:t>
      </w:r>
    </w:p>
    <w:p w14:paraId="25096D28" w14:textId="1D0DF5BE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71C22D76" w14:textId="71AC8EC8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81A1268" w14:textId="6F09D51C" w:rsidR="00B12531" w:rsidRPr="00D91A1F" w:rsidRDefault="7B4788F9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yes,</w:t>
      </w:r>
      <w:r w:rsidR="12D27A94" w:rsidRPr="00D91A1F">
        <w:rPr>
          <w:rFonts w:asciiTheme="majorHAnsi" w:hAnsiTheme="majorHAnsi" w:cstheme="majorHAnsi"/>
          <w:b/>
          <w:bCs/>
        </w:rPr>
        <w:t xml:space="preserve"> for </w:t>
      </w:r>
      <w:r w:rsidR="1F15DCF6" w:rsidRPr="00D91A1F">
        <w:rPr>
          <w:rFonts w:asciiTheme="majorHAnsi" w:hAnsiTheme="majorHAnsi" w:cstheme="majorHAnsi"/>
          <w:b/>
          <w:bCs/>
        </w:rPr>
        <w:t>the</w:t>
      </w:r>
      <w:r w:rsidR="12D27A94" w:rsidRPr="00D91A1F">
        <w:rPr>
          <w:rFonts w:asciiTheme="majorHAnsi" w:hAnsiTheme="majorHAnsi" w:cstheme="majorHAnsi"/>
          <w:b/>
          <w:bCs/>
        </w:rPr>
        <w:t xml:space="preserve"> most recent loan</w:t>
      </w:r>
      <w:r w:rsidR="670E95A1" w:rsidRPr="00D91A1F">
        <w:rPr>
          <w:rFonts w:asciiTheme="majorHAnsi" w:hAnsiTheme="majorHAnsi" w:cstheme="majorHAnsi"/>
          <w:b/>
          <w:bCs/>
        </w:rPr>
        <w:t xml:space="preserve"> you used for your business</w:t>
      </w:r>
      <w:r w:rsidR="12D27A94" w:rsidRPr="00D91A1F">
        <w:rPr>
          <w:rFonts w:asciiTheme="majorHAnsi" w:hAnsiTheme="majorHAnsi" w:cstheme="majorHAnsi"/>
          <w:b/>
          <w:bCs/>
        </w:rPr>
        <w:t>,</w:t>
      </w:r>
      <w:r w:rsidRPr="00D91A1F">
        <w:rPr>
          <w:rFonts w:asciiTheme="majorHAnsi" w:hAnsiTheme="majorHAnsi" w:cstheme="majorHAnsi"/>
          <w:b/>
          <w:bCs/>
        </w:rPr>
        <w:t xml:space="preserve"> w</w:t>
      </w:r>
      <w:r w:rsidR="00DF3F10" w:rsidRPr="00D91A1F">
        <w:rPr>
          <w:rFonts w:asciiTheme="majorHAnsi" w:hAnsiTheme="majorHAnsi" w:cstheme="majorHAnsi"/>
          <w:b/>
          <w:bCs/>
        </w:rPr>
        <w:t>hat was the loan amount you originally requested (USD)?</w:t>
      </w:r>
    </w:p>
    <w:p w14:paraId="7B410C93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&lt; $5,000 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$5,001 – $10,000 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$10,001 – $30,000 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$30,001 – $50,000</w:t>
      </w:r>
    </w:p>
    <w:p w14:paraId="1A5B1AAC" w14:textId="1CB96B9B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$50,001 – $100,000 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$100,001 – $500,000 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$500,001 – $1,000,000 </w:t>
      </w:r>
    </w:p>
    <w:p w14:paraId="35A5BEA7" w14:textId="4BFF586A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 $1,000,000</w:t>
      </w:r>
      <w:r w:rsidR="1162A92B" w:rsidRPr="00D91A1F">
        <w:rPr>
          <w:rFonts w:asciiTheme="majorHAnsi" w:hAnsiTheme="majorHAnsi" w:cstheme="majorHAnsi"/>
        </w:rPr>
        <w:t xml:space="preserve"> </w:t>
      </w:r>
    </w:p>
    <w:p w14:paraId="098C59B8" w14:textId="551E7161" w:rsidR="00B12531" w:rsidRPr="00D91A1F" w:rsidRDefault="1162A92B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 Never applied for a formal loan</w:t>
      </w:r>
    </w:p>
    <w:p w14:paraId="10EA6C21" w14:textId="4165999D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685A9420" w14:textId="0DD13C39" w:rsidR="00B12531" w:rsidRPr="00D91A1F" w:rsidRDefault="0C49658B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yes, for your most recent loan, w</w:t>
      </w:r>
      <w:r w:rsidR="00DF3F10" w:rsidRPr="00D91A1F">
        <w:rPr>
          <w:rFonts w:asciiTheme="majorHAnsi" w:hAnsiTheme="majorHAnsi" w:cstheme="majorHAnsi"/>
          <w:b/>
          <w:bCs/>
        </w:rPr>
        <w:t>hat was the actual loan amount you received (USD)?</w:t>
      </w:r>
    </w:p>
    <w:p w14:paraId="75F176E0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 didn’t receive a loan 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&lt; $5,000 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$5,001 – $10,000 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$10,001 – $30,000</w:t>
      </w:r>
    </w:p>
    <w:p w14:paraId="4B6A54C1" w14:textId="43930C1F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$30,001 – $50,000 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$50,001 – $100,000 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$100,001 – $500,000 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$500,001 – $1,000,000 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 $1,000,000</w:t>
      </w:r>
      <w:r w:rsidR="0F4778B8" w:rsidRPr="00D91A1F">
        <w:rPr>
          <w:rFonts w:asciiTheme="majorHAnsi" w:hAnsiTheme="majorHAnsi" w:cstheme="majorHAnsi"/>
        </w:rPr>
        <w:t xml:space="preserve"> </w:t>
      </w:r>
    </w:p>
    <w:p w14:paraId="05D3A948" w14:textId="6D416481" w:rsidR="00B12531" w:rsidRPr="00D91A1F" w:rsidRDefault="0F4778B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N/A Never </w:t>
      </w:r>
      <w:r w:rsidR="38D64562" w:rsidRPr="00D91A1F">
        <w:rPr>
          <w:rFonts w:asciiTheme="majorHAnsi" w:hAnsiTheme="majorHAnsi" w:cstheme="majorHAnsi"/>
        </w:rPr>
        <w:t>appli</w:t>
      </w:r>
      <w:r w:rsidRPr="00D91A1F">
        <w:rPr>
          <w:rFonts w:asciiTheme="majorHAnsi" w:hAnsiTheme="majorHAnsi" w:cstheme="majorHAnsi"/>
        </w:rPr>
        <w:t>ed</w:t>
      </w:r>
      <w:r w:rsidR="38D64562" w:rsidRPr="00D91A1F">
        <w:rPr>
          <w:rFonts w:asciiTheme="majorHAnsi" w:hAnsiTheme="majorHAnsi" w:cstheme="majorHAnsi"/>
        </w:rPr>
        <w:t xml:space="preserve"> for</w:t>
      </w:r>
      <w:r w:rsidRPr="00D91A1F">
        <w:rPr>
          <w:rFonts w:asciiTheme="majorHAnsi" w:hAnsiTheme="majorHAnsi" w:cstheme="majorHAnsi"/>
        </w:rPr>
        <w:t xml:space="preserve"> a loan</w:t>
      </w:r>
    </w:p>
    <w:p w14:paraId="7C91DD03" w14:textId="4A56252D" w:rsidR="00B12531" w:rsidRPr="00D91A1F" w:rsidRDefault="0B11AE1A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N/A </w:t>
      </w:r>
      <w:r w:rsidR="4F90DA5A" w:rsidRPr="00D91A1F">
        <w:rPr>
          <w:rFonts w:asciiTheme="majorHAnsi" w:hAnsiTheme="majorHAnsi" w:cstheme="majorHAnsi"/>
        </w:rPr>
        <w:t>I applied but n</w:t>
      </w:r>
      <w:r w:rsidRPr="00D91A1F">
        <w:rPr>
          <w:rFonts w:asciiTheme="majorHAnsi" w:hAnsiTheme="majorHAnsi" w:cstheme="majorHAnsi"/>
        </w:rPr>
        <w:t>ever received a loan</w:t>
      </w:r>
    </w:p>
    <w:p w14:paraId="0AC18F86" w14:textId="2DDF7502" w:rsidR="00B12531" w:rsidRPr="00D91A1F" w:rsidRDefault="00B12531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B6AB68D" w14:textId="6BC46A2A" w:rsidR="00B12531" w:rsidRPr="00D91A1F" w:rsidRDefault="0F4778B8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long did it </w:t>
      </w:r>
      <w:proofErr w:type="gramStart"/>
      <w:r w:rsidRPr="00D91A1F">
        <w:rPr>
          <w:rFonts w:asciiTheme="majorHAnsi" w:hAnsiTheme="majorHAnsi" w:cstheme="majorHAnsi"/>
          <w:b/>
          <w:bCs/>
        </w:rPr>
        <w:t>take from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</w:t>
      </w:r>
      <w:proofErr w:type="gramStart"/>
      <w:r w:rsidRPr="00D91A1F">
        <w:rPr>
          <w:rFonts w:asciiTheme="majorHAnsi" w:hAnsiTheme="majorHAnsi" w:cstheme="majorHAnsi"/>
          <w:b/>
          <w:bCs/>
        </w:rPr>
        <w:t>when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you applied to when you heard whether you had been granted the loan</w:t>
      </w:r>
    </w:p>
    <w:p w14:paraId="2886C0E1" w14:textId="30097F39" w:rsidR="00B12531" w:rsidRPr="00D91A1F" w:rsidRDefault="0F4778B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lastRenderedPageBreak/>
        <w:t>☐</w:t>
      </w:r>
      <w:r w:rsidRPr="00D91A1F">
        <w:rPr>
          <w:rFonts w:asciiTheme="majorHAnsi" w:hAnsiTheme="majorHAnsi" w:cstheme="majorHAnsi"/>
        </w:rPr>
        <w:t xml:space="preserve"> &gt;Up to 2 days</w:t>
      </w:r>
    </w:p>
    <w:p w14:paraId="48E2D947" w14:textId="3B39C305" w:rsidR="00B12531" w:rsidRPr="00D91A1F" w:rsidRDefault="0F4778B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&gt;Up to 7 days</w:t>
      </w:r>
    </w:p>
    <w:p w14:paraId="3211B40F" w14:textId="4B8C2396" w:rsidR="00B12531" w:rsidRPr="00D91A1F" w:rsidRDefault="0F4778B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&gt;Up to 15 days</w:t>
      </w:r>
    </w:p>
    <w:p w14:paraId="1A882814" w14:textId="321E521C" w:rsidR="00B12531" w:rsidRPr="00D91A1F" w:rsidRDefault="0F4778B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&gt;Up to 30 days</w:t>
      </w:r>
    </w:p>
    <w:p w14:paraId="1B9A19F4" w14:textId="668B4FE9" w:rsidR="00B12531" w:rsidRPr="00D91A1F" w:rsidRDefault="0F4778B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&gt;30-60 days</w:t>
      </w:r>
    </w:p>
    <w:p w14:paraId="34BD76BA" w14:textId="7C6A0101" w:rsidR="00B12531" w:rsidRPr="00D91A1F" w:rsidRDefault="0F4778B8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&gt;60-90 days</w:t>
      </w:r>
    </w:p>
    <w:p w14:paraId="336D2C49" w14:textId="3F5C02FF" w:rsidR="00B12531" w:rsidRPr="00D91A1F" w:rsidRDefault="0F4778B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 90 days</w:t>
      </w:r>
    </w:p>
    <w:p w14:paraId="2C47A07A" w14:textId="22AB39DB" w:rsidR="00B12531" w:rsidRPr="00D91A1F" w:rsidRDefault="00B12531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484336C" w14:textId="3BE0E3D0" w:rsidR="00B12531" w:rsidRPr="00D91A1F" w:rsidRDefault="0F4778B8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Did the bank keep you informed throughout the process of your application?</w:t>
      </w:r>
    </w:p>
    <w:p w14:paraId="3413F61E" w14:textId="7C052E5F" w:rsidR="00B12531" w:rsidRPr="00D91A1F" w:rsidRDefault="0F4778B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Yes</w:t>
      </w:r>
    </w:p>
    <w:p w14:paraId="735C8165" w14:textId="7ED61FAF" w:rsidR="00B12531" w:rsidRPr="00D91A1F" w:rsidRDefault="0F4778B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</w:t>
      </w:r>
    </w:p>
    <w:p w14:paraId="63D25E2E" w14:textId="1B720190" w:rsidR="00B12531" w:rsidRPr="00D91A1F" w:rsidRDefault="51FF65BE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Can’t remember</w:t>
      </w:r>
    </w:p>
    <w:p w14:paraId="400D495D" w14:textId="62C53BEF" w:rsidR="00B12531" w:rsidRPr="00D91A1F" w:rsidRDefault="51FF65BE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65D0EF67" w14:textId="791078D8" w:rsidR="00B12531" w:rsidRPr="00D91A1F" w:rsidRDefault="00B1253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2F41B28" w14:textId="4F1D62AD" w:rsidR="00B12531" w:rsidRPr="00D91A1F" w:rsidRDefault="0F4778B8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How many times did the bank ask for additional information?</w:t>
      </w:r>
    </w:p>
    <w:p w14:paraId="5FE92B1E" w14:textId="4E18042B" w:rsidR="00B12531" w:rsidRPr="00D91A1F" w:rsidRDefault="0F4778B8" w:rsidP="00894D78">
      <w:pPr>
        <w:pStyle w:val="ListParagraph"/>
        <w:numPr>
          <w:ilvl w:val="0"/>
          <w:numId w:val="1"/>
        </w:numPr>
        <w:spacing w:before="240" w:after="24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Never</w:t>
      </w:r>
    </w:p>
    <w:p w14:paraId="043836DA" w14:textId="01AA685E" w:rsidR="00B12531" w:rsidRPr="00D91A1F" w:rsidRDefault="0F4778B8" w:rsidP="00894D78">
      <w:pPr>
        <w:pStyle w:val="ListParagraph"/>
        <w:numPr>
          <w:ilvl w:val="0"/>
          <w:numId w:val="1"/>
        </w:numPr>
        <w:spacing w:before="240" w:after="24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Once</w:t>
      </w:r>
    </w:p>
    <w:p w14:paraId="2847E5C6" w14:textId="4C10075A" w:rsidR="00B12531" w:rsidRPr="00D91A1F" w:rsidRDefault="0F4778B8" w:rsidP="00894D78">
      <w:pPr>
        <w:pStyle w:val="ListParagraph"/>
        <w:numPr>
          <w:ilvl w:val="0"/>
          <w:numId w:val="1"/>
        </w:numPr>
        <w:spacing w:before="240" w:after="24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Twice</w:t>
      </w:r>
    </w:p>
    <w:p w14:paraId="27CA8ED1" w14:textId="5A263791" w:rsidR="00B12531" w:rsidRPr="00D91A1F" w:rsidRDefault="0F4778B8" w:rsidP="00894D78">
      <w:pPr>
        <w:pStyle w:val="ListParagraph"/>
        <w:numPr>
          <w:ilvl w:val="0"/>
          <w:numId w:val="1"/>
        </w:numPr>
        <w:spacing w:before="240" w:after="24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Three times</w:t>
      </w:r>
    </w:p>
    <w:p w14:paraId="435147E7" w14:textId="75BD44E7" w:rsidR="00B12531" w:rsidRPr="00D91A1F" w:rsidRDefault="0F4778B8" w:rsidP="00894D78">
      <w:pPr>
        <w:pStyle w:val="ListParagraph"/>
        <w:numPr>
          <w:ilvl w:val="0"/>
          <w:numId w:val="1"/>
        </w:numPr>
        <w:spacing w:before="240" w:after="24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Up to five times</w:t>
      </w:r>
    </w:p>
    <w:p w14:paraId="7F76701B" w14:textId="5B72ECFD" w:rsidR="00B12531" w:rsidRPr="00D91A1F" w:rsidRDefault="0F4778B8" w:rsidP="00894D78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more than five times</w:t>
      </w:r>
    </w:p>
    <w:p w14:paraId="74012CD3" w14:textId="797E3524" w:rsidR="00B12531" w:rsidRPr="00D91A1F" w:rsidRDefault="619DB2AC" w:rsidP="00894D78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494240D0" w14:textId="22060615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Which institution provided the loan (if any)? ______________________</w:t>
      </w:r>
    </w:p>
    <w:p w14:paraId="032CAA84" w14:textId="20F54095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541DFA03" w14:textId="58A1DAF9" w:rsidR="53EFCFC0" w:rsidRPr="00D91A1F" w:rsidRDefault="53EFCFC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What was the interest rate and other commissions and </w:t>
      </w:r>
      <w:proofErr w:type="gramStart"/>
      <w:r w:rsidRPr="00D91A1F">
        <w:rPr>
          <w:rFonts w:asciiTheme="majorHAnsi" w:hAnsiTheme="majorHAnsi" w:cstheme="majorHAnsi"/>
          <w:b/>
          <w:bCs/>
        </w:rPr>
        <w:t>conditions ?</w:t>
      </w:r>
      <w:proofErr w:type="gramEnd"/>
    </w:p>
    <w:p w14:paraId="6B1FBC64" w14:textId="7072BF23" w:rsidR="53EFCFC0" w:rsidRPr="00D91A1F" w:rsidRDefault="53EFCFC0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 </w:t>
      </w:r>
    </w:p>
    <w:p w14:paraId="2652E802" w14:textId="35980B55" w:rsidR="01FF73C4" w:rsidRPr="00D91A1F" w:rsidRDefault="01FF73C4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satisfied were you with (rating </w:t>
      </w:r>
      <w:proofErr w:type="gramStart"/>
      <w:r w:rsidRPr="00D91A1F">
        <w:rPr>
          <w:rFonts w:asciiTheme="majorHAnsi" w:hAnsiTheme="majorHAnsi" w:cstheme="majorHAnsi"/>
          <w:b/>
          <w:bCs/>
        </w:rPr>
        <w:t>scale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1 to 5 - very unsatisfied to very satisfied)</w:t>
      </w:r>
    </w:p>
    <w:p w14:paraId="0A2AC705" w14:textId="6209856F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interest rate you were charged</w:t>
      </w:r>
    </w:p>
    <w:p w14:paraId="4FB71A65" w14:textId="12F27323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Loan amount you received in comparison to how much you applied for</w:t>
      </w:r>
    </w:p>
    <w:p w14:paraId="03DEB800" w14:textId="462A7780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Fees charged</w:t>
      </w:r>
    </w:p>
    <w:p w14:paraId="11FD7415" w14:textId="02A56524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waiting period to hear if you were granted the loan</w:t>
      </w:r>
    </w:p>
    <w:p w14:paraId="3C4A65FC" w14:textId="60C47DB1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time between applying for the loan and receiving the funds</w:t>
      </w:r>
    </w:p>
    <w:p w14:paraId="0D38297C" w14:textId="7267FE96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t>The communication</w:t>
      </w:r>
      <w:proofErr w:type="gramEnd"/>
      <w:r w:rsidRPr="00D91A1F">
        <w:rPr>
          <w:rFonts w:asciiTheme="majorHAnsi" w:hAnsiTheme="majorHAnsi" w:cstheme="majorHAnsi"/>
        </w:rPr>
        <w:t xml:space="preserve"> from the bank / s during the process</w:t>
      </w:r>
    </w:p>
    <w:p w14:paraId="182D081D" w14:textId="4C12C657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length of the application forms for the loan</w:t>
      </w:r>
    </w:p>
    <w:p w14:paraId="127F5FA5" w14:textId="019D329C" w:rsidR="228CAA4D" w:rsidRPr="00D91A1F" w:rsidRDefault="228CAA4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loan maturity (duration)</w:t>
      </w:r>
    </w:p>
    <w:p w14:paraId="18A4B72A" w14:textId="24630995" w:rsidR="228CAA4D" w:rsidRPr="00D91A1F" w:rsidRDefault="228CAA4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The </w:t>
      </w:r>
      <w:proofErr w:type="gramStart"/>
      <w:r w:rsidRPr="00D91A1F">
        <w:rPr>
          <w:rFonts w:asciiTheme="majorHAnsi" w:hAnsiTheme="majorHAnsi" w:cstheme="majorHAnsi"/>
        </w:rPr>
        <w:t>installment</w:t>
      </w:r>
      <w:proofErr w:type="gramEnd"/>
      <w:r w:rsidRPr="00D91A1F">
        <w:rPr>
          <w:rFonts w:asciiTheme="majorHAnsi" w:hAnsiTheme="majorHAnsi" w:cstheme="majorHAnsi"/>
        </w:rPr>
        <w:t xml:space="preserve"> amount as compared to your repayment capacity</w:t>
      </w:r>
    </w:p>
    <w:p w14:paraId="4BC1D8C0" w14:textId="42759FDD" w:rsidR="01FF73C4" w:rsidRPr="00D91A1F" w:rsidRDefault="01FF73C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Your overall loan application experience</w:t>
      </w:r>
    </w:p>
    <w:p w14:paraId="0A84D647" w14:textId="399941DD" w:rsidR="347B5697" w:rsidRPr="00D91A1F" w:rsidRDefault="347B569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05FC9DF2" w14:textId="3A987CA1" w:rsidR="71042436" w:rsidRPr="00D91A1F" w:rsidRDefault="71042436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</w:rPr>
      </w:pPr>
    </w:p>
    <w:p w14:paraId="64A0614D" w14:textId="583637A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0DBD3718" w14:textId="3FBF963A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were the main challenges or conditions you faced in the loan process? (Open-ended)</w:t>
      </w:r>
    </w:p>
    <w:p w14:paraId="071C11B2" w14:textId="5D2161FC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0B907A8F" w14:textId="76DD033C" w:rsidR="2C37D4E7" w:rsidRPr="00D91A1F" w:rsidRDefault="2C37D4E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Have you ever paid your loan instalment late? </w:t>
      </w:r>
    </w:p>
    <w:p w14:paraId="5F901DBD" w14:textId="62F0F6BC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Yes</w:t>
      </w:r>
      <w:r w:rsidR="56B5358D" w:rsidRPr="00D91A1F">
        <w:rPr>
          <w:rFonts w:asciiTheme="majorHAnsi" w:hAnsiTheme="majorHAnsi" w:cstheme="majorHAnsi"/>
        </w:rPr>
        <w:t>, but never more than 30 days</w:t>
      </w:r>
    </w:p>
    <w:p w14:paraId="7EFD5172" w14:textId="5BCFF972" w:rsidR="56B5358D" w:rsidRPr="00D91A1F" w:rsidRDefault="56B5358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Yes, </w:t>
      </w:r>
      <w:proofErr w:type="gramStart"/>
      <w:r w:rsidRPr="00D91A1F">
        <w:rPr>
          <w:rFonts w:asciiTheme="majorHAnsi" w:hAnsiTheme="majorHAnsi" w:cstheme="majorHAnsi"/>
        </w:rPr>
        <w:t>and i</w:t>
      </w:r>
      <w:proofErr w:type="gramEnd"/>
      <w:r w:rsidRPr="00D91A1F">
        <w:rPr>
          <w:rFonts w:asciiTheme="majorHAnsi" w:hAnsiTheme="majorHAnsi" w:cstheme="majorHAnsi"/>
        </w:rPr>
        <w:t xml:space="preserve"> exceeded 30 days</w:t>
      </w:r>
      <w:r w:rsidR="2C37D4E7" w:rsidRPr="00D91A1F">
        <w:rPr>
          <w:rFonts w:asciiTheme="majorHAnsi" w:hAnsiTheme="majorHAnsi" w:cstheme="majorHAnsi"/>
        </w:rPr>
        <w:t xml:space="preserve"> </w:t>
      </w:r>
    </w:p>
    <w:p w14:paraId="29BF27E2" w14:textId="3F033F90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</w:t>
      </w:r>
    </w:p>
    <w:p w14:paraId="2192BEB4" w14:textId="7EA61DF8" w:rsidR="3DD5B389" w:rsidRPr="00D91A1F" w:rsidRDefault="3DD5B389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 (specify)</w:t>
      </w:r>
    </w:p>
    <w:p w14:paraId="3DE1ACF0" w14:textId="27B7868A" w:rsidR="0FCF5A5E" w:rsidRPr="00D91A1F" w:rsidRDefault="0FCF5A5E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2F087423" w14:textId="1DF6C91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2DFD04C" w14:textId="2C2DED7E" w:rsidR="2C37D4E7" w:rsidRPr="00D91A1F" w:rsidRDefault="2C37D4E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was the reason for not paying on time?</w:t>
      </w:r>
    </w:p>
    <w:p w14:paraId="2FEFC1E2" w14:textId="15560409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Personal events - birth of a child, death of a family member, sickness</w:t>
      </w:r>
    </w:p>
    <w:p w14:paraId="1C48E6E6" w14:textId="6723FD14" w:rsidR="68588EF9" w:rsidRPr="00D91A1F" w:rsidRDefault="68588EF9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Start of school term</w:t>
      </w:r>
    </w:p>
    <w:p w14:paraId="32D2C53D" w14:textId="0AA9E00F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Business issues – lowering of demand, greater competition, substitute products and services</w:t>
      </w:r>
      <w:r w:rsidR="279F16F9" w:rsidRPr="00D91A1F">
        <w:rPr>
          <w:rFonts w:asciiTheme="majorHAnsi" w:hAnsiTheme="majorHAnsi" w:cstheme="majorHAnsi"/>
        </w:rPr>
        <w:t>, other issues</w:t>
      </w:r>
    </w:p>
    <w:p w14:paraId="32652F7C" w14:textId="4E1637EF" w:rsidR="29CF4BDD" w:rsidRPr="00D91A1F" w:rsidRDefault="29CF4BD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Key customer </w:t>
      </w:r>
      <w:proofErr w:type="spellStart"/>
      <w:r w:rsidRPr="00D91A1F">
        <w:rPr>
          <w:rFonts w:asciiTheme="majorHAnsi" w:hAnsiTheme="majorHAnsi" w:cstheme="majorHAnsi"/>
        </w:rPr>
        <w:t>unfavourable</w:t>
      </w:r>
      <w:proofErr w:type="spellEnd"/>
      <w:r w:rsidRPr="00D91A1F">
        <w:rPr>
          <w:rFonts w:asciiTheme="majorHAnsi" w:hAnsiTheme="majorHAnsi" w:cstheme="majorHAnsi"/>
        </w:rPr>
        <w:t xml:space="preserve"> payment terms / paying late</w:t>
      </w:r>
    </w:p>
    <w:p w14:paraId="3A066E8F" w14:textId="72AD9665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Environmental </w:t>
      </w:r>
      <w:r w:rsidR="29F15012" w:rsidRPr="00D91A1F">
        <w:rPr>
          <w:rFonts w:asciiTheme="majorHAnsi" w:hAnsiTheme="majorHAnsi" w:cstheme="majorHAnsi"/>
        </w:rPr>
        <w:t xml:space="preserve">or other risk </w:t>
      </w:r>
      <w:r w:rsidRPr="00D91A1F">
        <w:rPr>
          <w:rFonts w:asciiTheme="majorHAnsi" w:hAnsiTheme="majorHAnsi" w:cstheme="majorHAnsi"/>
        </w:rPr>
        <w:t>– natural disasters, adverse weather and drought</w:t>
      </w:r>
      <w:r w:rsidR="601ED59B" w:rsidRPr="00D91A1F">
        <w:rPr>
          <w:rFonts w:asciiTheme="majorHAnsi" w:hAnsiTheme="majorHAnsi" w:cstheme="majorHAnsi"/>
        </w:rPr>
        <w:t>, fire</w:t>
      </w:r>
    </w:p>
    <w:p w14:paraId="56959C36" w14:textId="624F2B82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Social – religious </w:t>
      </w:r>
      <w:r w:rsidR="2DFA03B2" w:rsidRPr="00D91A1F">
        <w:rPr>
          <w:rFonts w:asciiTheme="majorHAnsi" w:hAnsiTheme="majorHAnsi" w:cstheme="majorHAnsi"/>
        </w:rPr>
        <w:t>event</w:t>
      </w:r>
      <w:r w:rsidRPr="00D91A1F">
        <w:rPr>
          <w:rFonts w:asciiTheme="majorHAnsi" w:hAnsiTheme="majorHAnsi" w:cstheme="majorHAnsi"/>
        </w:rPr>
        <w:t>,</w:t>
      </w:r>
      <w:r w:rsidR="06CD9B64" w:rsidRPr="00D91A1F">
        <w:rPr>
          <w:rFonts w:asciiTheme="majorHAnsi" w:hAnsiTheme="majorHAnsi" w:cstheme="majorHAnsi"/>
        </w:rPr>
        <w:t xml:space="preserve"> family celebration (wedding, or else)</w:t>
      </w:r>
      <w:r w:rsidRPr="00D91A1F">
        <w:rPr>
          <w:rFonts w:asciiTheme="majorHAnsi" w:hAnsiTheme="majorHAnsi" w:cstheme="majorHAnsi"/>
        </w:rPr>
        <w:t xml:space="preserve"> </w:t>
      </w:r>
    </w:p>
    <w:p w14:paraId="6CC28DE6" w14:textId="2DA89E68" w:rsidR="4F374FE4" w:rsidRPr="00D91A1F" w:rsidRDefault="4F374FE4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Security - </w:t>
      </w:r>
      <w:r w:rsidR="2C37D4E7" w:rsidRPr="00D91A1F">
        <w:rPr>
          <w:rFonts w:asciiTheme="majorHAnsi" w:hAnsiTheme="majorHAnsi" w:cstheme="majorHAnsi"/>
        </w:rPr>
        <w:t>political elections</w:t>
      </w:r>
      <w:r w:rsidR="2D93586A" w:rsidRPr="00D91A1F">
        <w:rPr>
          <w:rFonts w:asciiTheme="majorHAnsi" w:hAnsiTheme="majorHAnsi" w:cstheme="majorHAnsi"/>
        </w:rPr>
        <w:t>,</w:t>
      </w:r>
      <w:r w:rsidR="2C37D4E7" w:rsidRPr="00D91A1F">
        <w:rPr>
          <w:rFonts w:asciiTheme="majorHAnsi" w:hAnsiTheme="majorHAnsi" w:cstheme="majorHAnsi"/>
        </w:rPr>
        <w:t xml:space="preserve"> social unrest</w:t>
      </w:r>
      <w:r w:rsidR="7C1EC018" w:rsidRPr="00D91A1F">
        <w:rPr>
          <w:rFonts w:asciiTheme="majorHAnsi" w:hAnsiTheme="majorHAnsi" w:cstheme="majorHAnsi"/>
        </w:rPr>
        <w:t>, pandemic</w:t>
      </w:r>
    </w:p>
    <w:p w14:paraId="7037D319" w14:textId="5C38DD6D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Forgot to pay on time</w:t>
      </w:r>
    </w:p>
    <w:p w14:paraId="17BD0F3B" w14:textId="13022A89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 (specify)</w:t>
      </w:r>
    </w:p>
    <w:p w14:paraId="1A372F14" w14:textId="7D3196AC" w:rsidR="6145171C" w:rsidRPr="00D91A1F" w:rsidRDefault="6145171C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5F07137F" w14:textId="3D1EB9DE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144AB900" w14:textId="03B06F36" w:rsidR="2C37D4E7" w:rsidRPr="00D91A1F" w:rsidRDefault="2C37D4E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was your bank’s response?</w:t>
      </w:r>
    </w:p>
    <w:p w14:paraId="2993952D" w14:textId="78EAAE1F" w:rsidR="5E113C50" w:rsidRPr="00D91A1F" w:rsidRDefault="5E113C50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Called me to remind me gently </w:t>
      </w:r>
      <w:proofErr w:type="gramStart"/>
      <w:r w:rsidRPr="00D91A1F">
        <w:rPr>
          <w:rFonts w:asciiTheme="majorHAnsi" w:hAnsiTheme="majorHAnsi" w:cstheme="majorHAnsi"/>
        </w:rPr>
        <w:t>an</w:t>
      </w:r>
      <w:proofErr w:type="gramEnd"/>
      <w:r w:rsidRPr="00D91A1F">
        <w:rPr>
          <w:rFonts w:asciiTheme="majorHAnsi" w:hAnsiTheme="majorHAnsi" w:cstheme="majorHAnsi"/>
        </w:rPr>
        <w:t xml:space="preserve"> ask about my situation</w:t>
      </w:r>
    </w:p>
    <w:p w14:paraId="7F07E58F" w14:textId="69200F91" w:rsidR="5E113C50" w:rsidRPr="00D91A1F" w:rsidRDefault="5E113C50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Called me to threaten</w:t>
      </w:r>
    </w:p>
    <w:p w14:paraId="5570AAF3" w14:textId="47BC8FE0" w:rsidR="5E113C50" w:rsidRPr="00D91A1F" w:rsidRDefault="5E113C50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Called my co-debtor/guarantor/another close person</w:t>
      </w:r>
    </w:p>
    <w:p w14:paraId="12AE4261" w14:textId="0CF70529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t>Sent</w:t>
      </w:r>
      <w:proofErr w:type="gramEnd"/>
      <w:r w:rsidRPr="00D91A1F">
        <w:rPr>
          <w:rFonts w:asciiTheme="majorHAnsi" w:hAnsiTheme="majorHAnsi" w:cstheme="majorHAnsi"/>
        </w:rPr>
        <w:t xml:space="preserve"> me a warning letter</w:t>
      </w:r>
    </w:p>
    <w:p w14:paraId="608C2905" w14:textId="32867615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Charged extra fee</w:t>
      </w:r>
    </w:p>
    <w:p w14:paraId="301EE58D" w14:textId="7B9E46BF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Restructured debt, e.g. reduced payments and increased payment period</w:t>
      </w:r>
    </w:p>
    <w:p w14:paraId="70AF9C0D" w14:textId="4791C1A6" w:rsidR="2C37D4E7" w:rsidRPr="00D91A1F" w:rsidRDefault="2C37D4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Withdrew funds from my account</w:t>
      </w:r>
    </w:p>
    <w:p w14:paraId="351748ED" w14:textId="52E0B29C" w:rsidR="74E89F91" w:rsidRPr="00D91A1F" w:rsidRDefault="74E89F91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Seized some of my assets</w:t>
      </w:r>
    </w:p>
    <w:p w14:paraId="6AA14A9D" w14:textId="367B37CA" w:rsidR="74E89F91" w:rsidRPr="00D91A1F" w:rsidRDefault="74E89F91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Sold some of my assets</w:t>
      </w:r>
    </w:p>
    <w:p w14:paraId="0E5F24AE" w14:textId="2190E14F" w:rsidR="7DE08BD9" w:rsidRPr="00D91A1F" w:rsidRDefault="7DE08BD9" w:rsidP="71042436">
      <w:pPr>
        <w:pStyle w:val="ListBullet"/>
        <w:rPr>
          <w:rFonts w:asciiTheme="majorHAnsi" w:hAnsiTheme="majorHAnsi" w:cstheme="majorHAnsi"/>
        </w:rPr>
      </w:pPr>
      <w:proofErr w:type="gramStart"/>
      <w:r w:rsidRPr="00D91A1F">
        <w:rPr>
          <w:rFonts w:asciiTheme="majorHAnsi" w:hAnsiTheme="majorHAnsi" w:cstheme="majorHAnsi"/>
        </w:rPr>
        <w:t>Sent</w:t>
      </w:r>
      <w:proofErr w:type="gramEnd"/>
      <w:r w:rsidRPr="00D91A1F">
        <w:rPr>
          <w:rFonts w:asciiTheme="majorHAnsi" w:hAnsiTheme="majorHAnsi" w:cstheme="majorHAnsi"/>
        </w:rPr>
        <w:t xml:space="preserve"> me lawyers</w:t>
      </w:r>
    </w:p>
    <w:p w14:paraId="25484044" w14:textId="0D093E38" w:rsidR="74E89F91" w:rsidRPr="00D91A1F" w:rsidRDefault="74E89F91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Took me to court</w:t>
      </w:r>
    </w:p>
    <w:p w14:paraId="3D6B64AF" w14:textId="75CADE75" w:rsidR="349BF0FE" w:rsidRPr="00D91A1F" w:rsidRDefault="349BF0FE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6D95D0EB" w14:textId="27B66D55" w:rsidR="71042436" w:rsidRPr="00D91A1F" w:rsidRDefault="71042436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  <w:b/>
          <w:bCs/>
        </w:rPr>
      </w:pPr>
    </w:p>
    <w:p w14:paraId="2E27F0A5" w14:textId="6FC83634" w:rsidR="5C4D6575" w:rsidRPr="00D91A1F" w:rsidRDefault="5C4D6575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Current needs</w:t>
      </w:r>
    </w:p>
    <w:p w14:paraId="2EF74ACB" w14:textId="0369C7E5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lastRenderedPageBreak/>
        <w:t xml:space="preserve">What </w:t>
      </w:r>
      <w:r w:rsidR="0301895E" w:rsidRPr="00D91A1F">
        <w:rPr>
          <w:rFonts w:asciiTheme="majorHAnsi" w:hAnsiTheme="majorHAnsi" w:cstheme="majorHAnsi"/>
          <w:b/>
          <w:bCs/>
        </w:rPr>
        <w:t>financing</w:t>
      </w:r>
      <w:r w:rsidRPr="00D91A1F">
        <w:rPr>
          <w:rFonts w:asciiTheme="majorHAnsi" w:hAnsiTheme="majorHAnsi" w:cstheme="majorHAnsi"/>
          <w:b/>
          <w:bCs/>
        </w:rPr>
        <w:t xml:space="preserve"> amount (USD)</w:t>
      </w:r>
      <w:r w:rsidR="495140B0" w:rsidRPr="00D91A1F">
        <w:rPr>
          <w:rFonts w:asciiTheme="majorHAnsi" w:hAnsiTheme="majorHAnsi" w:cstheme="majorHAnsi"/>
          <w:b/>
          <w:bCs/>
        </w:rPr>
        <w:t xml:space="preserve"> from a bank or financial institution</w:t>
      </w:r>
      <w:r w:rsidRPr="00D91A1F">
        <w:rPr>
          <w:rFonts w:asciiTheme="majorHAnsi" w:hAnsiTheme="majorHAnsi" w:cstheme="majorHAnsi"/>
          <w:b/>
          <w:bCs/>
        </w:rPr>
        <w:t xml:space="preserve"> </w:t>
      </w:r>
      <w:proofErr w:type="gramStart"/>
      <w:r w:rsidRPr="00D91A1F">
        <w:rPr>
          <w:rFonts w:asciiTheme="majorHAnsi" w:hAnsiTheme="majorHAnsi" w:cstheme="majorHAnsi"/>
          <w:b/>
          <w:bCs/>
        </w:rPr>
        <w:t>you would</w:t>
      </w:r>
      <w:proofErr w:type="gramEnd"/>
      <w:r w:rsidRPr="00D91A1F">
        <w:rPr>
          <w:rFonts w:asciiTheme="majorHAnsi" w:hAnsiTheme="majorHAnsi" w:cstheme="majorHAnsi"/>
          <w:b/>
          <w:bCs/>
        </w:rPr>
        <w:t xml:space="preserve"> currently need to grow or support your business</w:t>
      </w:r>
      <w:r w:rsidR="4A31CF9D" w:rsidRPr="00D91A1F">
        <w:rPr>
          <w:rFonts w:asciiTheme="majorHAnsi" w:hAnsiTheme="majorHAnsi" w:cstheme="majorHAnsi"/>
          <w:b/>
          <w:bCs/>
        </w:rPr>
        <w:t xml:space="preserve"> (</w:t>
      </w:r>
      <w:proofErr w:type="gramStart"/>
      <w:r w:rsidR="4A31CF9D" w:rsidRPr="00D91A1F">
        <w:rPr>
          <w:rFonts w:asciiTheme="majorHAnsi" w:hAnsiTheme="majorHAnsi" w:cstheme="majorHAnsi"/>
          <w:b/>
          <w:bCs/>
        </w:rPr>
        <w:t>take into account</w:t>
      </w:r>
      <w:proofErr w:type="gramEnd"/>
      <w:r w:rsidR="4A31CF9D" w:rsidRPr="00D91A1F">
        <w:rPr>
          <w:rFonts w:asciiTheme="majorHAnsi" w:hAnsiTheme="majorHAnsi" w:cstheme="majorHAnsi"/>
          <w:b/>
          <w:bCs/>
        </w:rPr>
        <w:t xml:space="preserve"> your needs for the next 2 years</w:t>
      </w:r>
      <w:proofErr w:type="gramStart"/>
      <w:r w:rsidR="4A31CF9D" w:rsidRPr="00D91A1F">
        <w:rPr>
          <w:rFonts w:asciiTheme="majorHAnsi" w:hAnsiTheme="majorHAnsi" w:cstheme="majorHAnsi"/>
          <w:b/>
          <w:bCs/>
        </w:rPr>
        <w:t xml:space="preserve">) </w:t>
      </w:r>
      <w:r w:rsidRPr="00D91A1F">
        <w:rPr>
          <w:rFonts w:asciiTheme="majorHAnsi" w:hAnsiTheme="majorHAnsi" w:cstheme="majorHAnsi"/>
          <w:b/>
          <w:bCs/>
        </w:rPr>
        <w:t>?</w:t>
      </w:r>
      <w:proofErr w:type="gramEnd"/>
    </w:p>
    <w:p w14:paraId="5FFD14A0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&lt; $5,000 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$5,001 – $10,000 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$10,001 – $30,000 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$30,001 – $50,000</w:t>
      </w:r>
    </w:p>
    <w:p w14:paraId="0B0D37E3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$50,001 – $100,000 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$100,001 – $500,000 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$500,001 – $1,000,000 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 $1,000,000</w:t>
      </w:r>
    </w:p>
    <w:p w14:paraId="59726149" w14:textId="62ECE520" w:rsidR="4D713767" w:rsidRPr="00D91A1F" w:rsidRDefault="4D71376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N/A, I </w:t>
      </w:r>
      <w:r w:rsidR="1E2FA5D0" w:rsidRPr="00D91A1F">
        <w:rPr>
          <w:rFonts w:asciiTheme="majorHAnsi" w:hAnsiTheme="majorHAnsi" w:cstheme="majorHAnsi"/>
        </w:rPr>
        <w:t>need financing but not</w:t>
      </w:r>
      <w:r w:rsidRPr="00D91A1F">
        <w:rPr>
          <w:rFonts w:asciiTheme="majorHAnsi" w:hAnsiTheme="majorHAnsi" w:cstheme="majorHAnsi"/>
        </w:rPr>
        <w:t xml:space="preserve"> a loan</w:t>
      </w:r>
    </w:p>
    <w:p w14:paraId="1F15E772" w14:textId="66E43C93" w:rsidR="24195FED" w:rsidRPr="00D91A1F" w:rsidRDefault="24195FE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N/A, I don’t need financing</w:t>
      </w:r>
    </w:p>
    <w:p w14:paraId="265543EB" w14:textId="664358B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A31078C" w14:textId="79A1451B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1525B950" w14:textId="33721F53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kind of collateral could you offer to secure a loan (if any)?</w:t>
      </w:r>
    </w:p>
    <w:p w14:paraId="5A19757C" w14:textId="6CEFDCCD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Land/Real estate</w:t>
      </w:r>
      <w:r w:rsidR="47234DE4" w:rsidRPr="00D91A1F">
        <w:rPr>
          <w:rFonts w:asciiTheme="majorHAnsi" w:hAnsiTheme="majorHAnsi" w:cstheme="majorHAnsi"/>
        </w:rPr>
        <w:t xml:space="preserve"> in my name</w:t>
      </w:r>
      <w:r w:rsidRPr="00D91A1F">
        <w:rPr>
          <w:rFonts w:asciiTheme="majorHAnsi" w:hAnsiTheme="majorHAnsi" w:cstheme="majorHAnsi"/>
        </w:rPr>
        <w:t> </w:t>
      </w:r>
      <w:r w:rsidR="2F60ECB8" w:rsidRPr="00D91A1F">
        <w:rPr>
          <w:rFonts w:asciiTheme="majorHAnsi" w:hAnsiTheme="majorHAnsi" w:cstheme="majorHAnsi"/>
        </w:rPr>
        <w:t>Land/real estate but not in my name</w:t>
      </w:r>
    </w:p>
    <w:p w14:paraId="6342EE3A" w14:textId="133BF65D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Vehicle 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Business inventory or equipment</w:t>
      </w:r>
    </w:p>
    <w:p w14:paraId="19BA21CE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Personal guarantee 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 collateral available 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54B4A544" w14:textId="760BC093" w:rsidR="71042436" w:rsidRPr="00D91A1F" w:rsidRDefault="71042436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</w:rPr>
      </w:pPr>
    </w:p>
    <w:p w14:paraId="14AFA38C" w14:textId="238B7C04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is the estimated value (USD) of the collateral you could offer?</w:t>
      </w:r>
    </w:p>
    <w:p w14:paraId="3121DED1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&lt; $5,000 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$5,001 – $10,000 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$10,001 – $30,000 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$30,001 – $50,000</w:t>
      </w:r>
    </w:p>
    <w:p w14:paraId="7B6DD129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$50,001 – $100,000 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$100,001 – $500,000 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$500,001 – $1,000,000 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&gt; $1,000,000</w:t>
      </w:r>
    </w:p>
    <w:p w14:paraId="213E2468" w14:textId="0DD348CC" w:rsidR="0664CB28" w:rsidRPr="00D91A1F" w:rsidRDefault="0664CB2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N/A</w:t>
      </w:r>
    </w:p>
    <w:p w14:paraId="5E732972" w14:textId="6C5FDC2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EFE1EE9" w14:textId="22242EC0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are your top 3 current financial needs?</w:t>
      </w:r>
    </w:p>
    <w:p w14:paraId="35F4A4CA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Working capital loan 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Equipment/Asset financing 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Insurance</w:t>
      </w:r>
    </w:p>
    <w:p w14:paraId="0B43DB4C" w14:textId="1A0D4793" w:rsidR="00B12531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Digital payment solutions 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Business account with perks</w:t>
      </w:r>
      <w:r w:rsidRPr="00D91A1F">
        <w:rPr>
          <w:rFonts w:asciiTheme="majorHAnsi" w:hAnsiTheme="majorHAnsi" w:cstheme="majorHAnsi"/>
        </w:rPr>
        <w:t>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Training or mentorship 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  <w:r w:rsidR="667F7A3E" w:rsidRPr="00D91A1F">
        <w:rPr>
          <w:rFonts w:asciiTheme="majorHAnsi" w:hAnsiTheme="majorHAnsi" w:cstheme="majorHAnsi"/>
        </w:rPr>
        <w:t xml:space="preserve"> </w:t>
      </w:r>
      <w:r w:rsidR="667F7A3E" w:rsidRPr="00D91A1F">
        <w:rPr>
          <w:rFonts w:ascii="Segoe UI Symbol" w:hAnsi="Segoe UI Symbol" w:cs="Segoe UI Symbol"/>
        </w:rPr>
        <w:t>☐</w:t>
      </w:r>
      <w:r w:rsidR="667F7A3E" w:rsidRPr="00D91A1F">
        <w:rPr>
          <w:rFonts w:asciiTheme="majorHAnsi" w:hAnsiTheme="majorHAnsi" w:cstheme="majorHAnsi"/>
        </w:rPr>
        <w:t xml:space="preserve"> N/A</w:t>
      </w:r>
    </w:p>
    <w:p w14:paraId="0562B28D" w14:textId="10EA1BAE" w:rsidR="00B12531" w:rsidRPr="00D91A1F" w:rsidRDefault="00B12531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3114925" w14:textId="06E3511C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668848B" w14:textId="2967283F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non-financial services would you find most valuable?</w:t>
      </w:r>
    </w:p>
    <w:p w14:paraId="62B1A09C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Business training 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Mentoring/coaching 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Networking 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Market access</w:t>
      </w:r>
    </w:p>
    <w:p w14:paraId="2DA991FC" w14:textId="71640470" w:rsidR="00631FE2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Legal/</w:t>
      </w:r>
      <w:proofErr w:type="spellStart"/>
      <w:r w:rsidRPr="00D91A1F">
        <w:rPr>
          <w:rFonts w:asciiTheme="majorHAnsi" w:hAnsiTheme="majorHAnsi" w:cstheme="majorHAnsi"/>
        </w:rPr>
        <w:t>formalisation</w:t>
      </w:r>
      <w:proofErr w:type="spellEnd"/>
      <w:r w:rsidRPr="00D91A1F">
        <w:rPr>
          <w:rFonts w:asciiTheme="majorHAnsi" w:hAnsiTheme="majorHAnsi" w:cstheme="majorHAnsi"/>
        </w:rPr>
        <w:t xml:space="preserve"> assistance</w:t>
      </w:r>
      <w:r w:rsidRPr="00D91A1F">
        <w:rPr>
          <w:rFonts w:asciiTheme="majorHAnsi" w:hAnsiTheme="majorHAnsi" w:cstheme="majorHAnsi"/>
        </w:rPr>
        <w:t>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Digital literacy</w:t>
      </w:r>
      <w:r w:rsidR="2D8CED0D" w:rsidRPr="00D91A1F">
        <w:rPr>
          <w:rFonts w:asciiTheme="majorHAnsi" w:hAnsiTheme="majorHAnsi" w:cstheme="majorHAnsi"/>
        </w:rPr>
        <w:t xml:space="preserve"> </w:t>
      </w:r>
      <w:r w:rsidR="2D8CED0D" w:rsidRPr="00D91A1F">
        <w:rPr>
          <w:rFonts w:ascii="Segoe UI Symbol" w:hAnsi="Segoe UI Symbol" w:cs="Segoe UI Symbol"/>
        </w:rPr>
        <w:t>☐</w:t>
      </w:r>
      <w:r w:rsidR="2D8CED0D" w:rsidRPr="00D91A1F">
        <w:rPr>
          <w:rFonts w:asciiTheme="majorHAnsi" w:hAnsiTheme="majorHAnsi" w:cstheme="majorHAnsi"/>
        </w:rPr>
        <w:t xml:space="preserve"> Business management tools (such as affordable accounting software)</w:t>
      </w:r>
      <w:r w:rsidR="2BCDEBA7" w:rsidRPr="00D91A1F">
        <w:rPr>
          <w:rFonts w:asciiTheme="majorHAnsi" w:hAnsiTheme="majorHAnsi" w:cstheme="majorHAnsi"/>
        </w:rPr>
        <w:t xml:space="preserve">  </w:t>
      </w:r>
    </w:p>
    <w:p w14:paraId="33F72BBC" w14:textId="64A52865" w:rsidR="00631FE2" w:rsidRPr="00D91A1F" w:rsidRDefault="2BCDEBA7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Best customer award</w:t>
      </w:r>
    </w:p>
    <w:p w14:paraId="3F4FF73D" w14:textId="62A58603" w:rsidR="00631FE2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  <w:r w:rsidR="30548C33" w:rsidRPr="00D91A1F">
        <w:rPr>
          <w:rFonts w:asciiTheme="majorHAnsi" w:hAnsiTheme="majorHAnsi" w:cstheme="majorHAnsi"/>
        </w:rPr>
        <w:t xml:space="preserve"> </w:t>
      </w:r>
    </w:p>
    <w:p w14:paraId="7369DD79" w14:textId="0818F2FD" w:rsidR="00631FE2" w:rsidRPr="00D91A1F" w:rsidRDefault="2FC621C8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30548C33" w:rsidRPr="00D91A1F">
        <w:rPr>
          <w:rFonts w:asciiTheme="majorHAnsi" w:hAnsiTheme="majorHAnsi" w:cstheme="majorHAnsi"/>
        </w:rPr>
        <w:t>N/A. I’m not interested in Non-Financial Services from the bank</w:t>
      </w:r>
    </w:p>
    <w:p w14:paraId="2336EFD2" w14:textId="763BD80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2BB0058D" w14:textId="5FD4BD45" w:rsidR="30548C33" w:rsidRPr="00D91A1F" w:rsidRDefault="30548C33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interested in training, what topics</w:t>
      </w:r>
      <w:r w:rsidR="15C7E789" w:rsidRPr="00D91A1F">
        <w:rPr>
          <w:rFonts w:asciiTheme="majorHAnsi" w:hAnsiTheme="majorHAnsi" w:cstheme="majorHAnsi"/>
          <w:b/>
          <w:bCs/>
        </w:rPr>
        <w:t xml:space="preserve"> would be the 5 areas you would </w:t>
      </w:r>
      <w:proofErr w:type="gramStart"/>
      <w:r w:rsidR="15C7E789" w:rsidRPr="00D91A1F">
        <w:rPr>
          <w:rFonts w:asciiTheme="majorHAnsi" w:hAnsiTheme="majorHAnsi" w:cstheme="majorHAnsi"/>
          <w:b/>
          <w:bCs/>
        </w:rPr>
        <w:t>mostly</w:t>
      </w:r>
      <w:proofErr w:type="gramEnd"/>
      <w:r w:rsidR="15C7E789" w:rsidRPr="00D91A1F">
        <w:rPr>
          <w:rFonts w:asciiTheme="majorHAnsi" w:hAnsiTheme="majorHAnsi" w:cstheme="majorHAnsi"/>
          <w:b/>
          <w:bCs/>
        </w:rPr>
        <w:t xml:space="preserve"> like training </w:t>
      </w:r>
      <w:proofErr w:type="gramStart"/>
      <w:r w:rsidR="15C7E789" w:rsidRPr="00D91A1F">
        <w:rPr>
          <w:rFonts w:asciiTheme="majorHAnsi" w:hAnsiTheme="majorHAnsi" w:cstheme="majorHAnsi"/>
          <w:b/>
          <w:bCs/>
        </w:rPr>
        <w:t>on</w:t>
      </w:r>
      <w:r w:rsidRPr="00D91A1F">
        <w:rPr>
          <w:rFonts w:asciiTheme="majorHAnsi" w:hAnsiTheme="majorHAnsi" w:cstheme="majorHAnsi"/>
          <w:b/>
          <w:bCs/>
        </w:rPr>
        <w:t xml:space="preserve"> :</w:t>
      </w:r>
      <w:proofErr w:type="gramEnd"/>
    </w:p>
    <w:p w14:paraId="65FB9E8A" w14:textId="21F3D860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Expanding </w:t>
      </w:r>
      <w:proofErr w:type="gramStart"/>
      <w:r w:rsidRPr="00D91A1F">
        <w:rPr>
          <w:rFonts w:asciiTheme="majorHAnsi" w:hAnsiTheme="majorHAnsi" w:cstheme="majorHAnsi"/>
        </w:rPr>
        <w:t>a business</w:t>
      </w:r>
      <w:proofErr w:type="gramEnd"/>
    </w:p>
    <w:p w14:paraId="0D0867EB" w14:textId="0E9473DB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Registering a business</w:t>
      </w:r>
    </w:p>
    <w:p w14:paraId="50460034" w14:textId="015EAAA8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Knowledge of employee laws and regulations (</w:t>
      </w:r>
      <w:proofErr w:type="spellStart"/>
      <w:r w:rsidRPr="00D91A1F">
        <w:rPr>
          <w:rFonts w:asciiTheme="majorHAnsi" w:hAnsiTheme="majorHAnsi" w:cstheme="majorHAnsi"/>
        </w:rPr>
        <w:t>labour</w:t>
      </w:r>
      <w:proofErr w:type="spellEnd"/>
      <w:r w:rsidRPr="00D91A1F">
        <w:rPr>
          <w:rFonts w:asciiTheme="majorHAnsi" w:hAnsiTheme="majorHAnsi" w:cstheme="majorHAnsi"/>
        </w:rPr>
        <w:t xml:space="preserve"> law)</w:t>
      </w:r>
    </w:p>
    <w:p w14:paraId="091F174D" w14:textId="08F7D841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Accounting and </w:t>
      </w:r>
      <w:r w:rsidR="136256CD" w:rsidRPr="00D91A1F">
        <w:rPr>
          <w:rFonts w:asciiTheme="majorHAnsi" w:hAnsiTheme="majorHAnsi" w:cstheme="majorHAnsi"/>
        </w:rPr>
        <w:t>bookkeeping</w:t>
      </w:r>
    </w:p>
    <w:p w14:paraId="13241BD2" w14:textId="54D7A015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lastRenderedPageBreak/>
        <w:t>Financial budgeting or forecasting</w:t>
      </w:r>
    </w:p>
    <w:p w14:paraId="46E0730A" w14:textId="1A840882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Obtaining loans, finance and operating on credit</w:t>
      </w:r>
    </w:p>
    <w:p w14:paraId="159C5A0B" w14:textId="698D3727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Knowledge of laws and regulations relevant to small business</w:t>
      </w:r>
    </w:p>
    <w:p w14:paraId="6195AD30" w14:textId="234A8AF6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Tendering information</w:t>
      </w:r>
    </w:p>
    <w:p w14:paraId="2CD8819B" w14:textId="7D14A7FA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Debt management / counselling</w:t>
      </w:r>
    </w:p>
    <w:p w14:paraId="157FC1B1" w14:textId="5707F5EF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Technical training on goods and services being provided</w:t>
      </w:r>
    </w:p>
    <w:p w14:paraId="03ED36A2" w14:textId="651357CB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Customer relations</w:t>
      </w:r>
    </w:p>
    <w:p w14:paraId="0F724AAA" w14:textId="65D1FBA4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Computer related training (software)</w:t>
      </w:r>
    </w:p>
    <w:p w14:paraId="33E78A4E" w14:textId="0E9534F6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How to start up a business</w:t>
      </w:r>
    </w:p>
    <w:p w14:paraId="33D77C8B" w14:textId="32772898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Business management</w:t>
      </w:r>
    </w:p>
    <w:p w14:paraId="3B64916C" w14:textId="1C0C14E0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How to write a business plan</w:t>
      </w:r>
    </w:p>
    <w:p w14:paraId="7CDC78B5" w14:textId="3AFE7EDB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How to market a business</w:t>
      </w:r>
    </w:p>
    <w:p w14:paraId="4E6FAD1F" w14:textId="58A21BD1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Productivity improvement</w:t>
      </w:r>
    </w:p>
    <w:p w14:paraId="59E14BCE" w14:textId="7D0FEC0F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Employee / Staff management</w:t>
      </w:r>
    </w:p>
    <w:p w14:paraId="08207307" w14:textId="6C0FE8CC" w:rsidR="040447AD" w:rsidRPr="00D91A1F" w:rsidRDefault="040447AD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Leadership</w:t>
      </w:r>
    </w:p>
    <w:p w14:paraId="4AA7A7EA" w14:textId="0238030D" w:rsidR="1B8E32E8" w:rsidRPr="00D91A1F" w:rsidRDefault="1B8E32E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4966078E" w14:textId="02C8C3AE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1780DB7A" w14:textId="4AA3A6FD" w:rsidR="619F43D8" w:rsidRPr="00D91A1F" w:rsidRDefault="619F43D8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In the past, where did you get business support or training from?</w:t>
      </w:r>
    </w:p>
    <w:p w14:paraId="3C1BBBCE" w14:textId="64449B8A" w:rsidR="619F43D8" w:rsidRPr="00D91A1F" w:rsidRDefault="619F43D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 training / consultancy firm</w:t>
      </w:r>
    </w:p>
    <w:p w14:paraId="2EE8203D" w14:textId="0B5E5D11" w:rsidR="619F43D8" w:rsidRPr="00D91A1F" w:rsidRDefault="619F43D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Mentors</w:t>
      </w:r>
    </w:p>
    <w:p w14:paraId="73C15EFC" w14:textId="4E8656D7" w:rsidR="619F43D8" w:rsidRPr="00D91A1F" w:rsidRDefault="619F43D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Incubators</w:t>
      </w:r>
    </w:p>
    <w:p w14:paraId="17B66D94" w14:textId="603455D7" w:rsidR="619F43D8" w:rsidRPr="00D91A1F" w:rsidRDefault="619F43D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Networking associations</w:t>
      </w:r>
    </w:p>
    <w:p w14:paraId="78126859" w14:textId="75E7EB89" w:rsidR="619F43D8" w:rsidRPr="00D91A1F" w:rsidRDefault="619F43D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Government departments/agencies</w:t>
      </w:r>
    </w:p>
    <w:p w14:paraId="51BC8E46" w14:textId="1595A7A4" w:rsidR="619F43D8" w:rsidRPr="00D91A1F" w:rsidRDefault="619F43D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Corporate supplier programs</w:t>
      </w:r>
    </w:p>
    <w:p w14:paraId="466EE5CE" w14:textId="4D3BD7B9" w:rsidR="619F43D8" w:rsidRPr="00D91A1F" w:rsidRDefault="619F43D8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Corporate social responsibility programs and initiatives</w:t>
      </w:r>
    </w:p>
    <w:p w14:paraId="378D1105" w14:textId="5794028E" w:rsidR="0623921F" w:rsidRPr="00D91A1F" w:rsidRDefault="0623921F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5713BA6C" w14:textId="40B10B32" w:rsidR="30548C33" w:rsidRPr="00D91A1F" w:rsidRDefault="30548C3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 </w:t>
      </w:r>
    </w:p>
    <w:p w14:paraId="73B0E19F" w14:textId="35EB7865" w:rsidR="7F1B2331" w:rsidRPr="00D91A1F" w:rsidRDefault="7F1B2331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How would you like this assistance or training to be delivered?</w:t>
      </w:r>
    </w:p>
    <w:p w14:paraId="023A78AB" w14:textId="6ED4CA1A" w:rsidR="7F1B2331" w:rsidRPr="00D91A1F" w:rsidRDefault="7F1B2331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Face-to-face</w:t>
      </w:r>
      <w:r w:rsidR="4141386A" w:rsidRPr="00D91A1F">
        <w:rPr>
          <w:rFonts w:asciiTheme="majorHAnsi" w:hAnsiTheme="majorHAnsi" w:cstheme="majorHAnsi"/>
        </w:rPr>
        <w:t xml:space="preserve"> (group)</w:t>
      </w:r>
    </w:p>
    <w:p w14:paraId="6F9D8D4C" w14:textId="7307A54D" w:rsidR="7F1B2331" w:rsidRPr="00D91A1F" w:rsidRDefault="7F1B2331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On-line</w:t>
      </w:r>
      <w:r w:rsidR="48EFBCC7" w:rsidRPr="00D91A1F">
        <w:rPr>
          <w:rFonts w:asciiTheme="majorHAnsi" w:hAnsiTheme="majorHAnsi" w:cstheme="majorHAnsi"/>
        </w:rPr>
        <w:t xml:space="preserve"> videos/content</w:t>
      </w:r>
    </w:p>
    <w:p w14:paraId="19C94034" w14:textId="5DE0B9E5" w:rsidR="48EFBCC7" w:rsidRPr="00D91A1F" w:rsidRDefault="48EFBCC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Articles and Books recommendations</w:t>
      </w:r>
    </w:p>
    <w:p w14:paraId="151C947E" w14:textId="54121522" w:rsidR="7F1B2331" w:rsidRPr="00D91A1F" w:rsidRDefault="7F1B2331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Banking app</w:t>
      </w:r>
    </w:p>
    <w:p w14:paraId="75EE87D0" w14:textId="4D256DFD" w:rsidR="35CC4847" w:rsidRPr="00D91A1F" w:rsidRDefault="35CC484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One-on-one </w:t>
      </w:r>
      <w:r w:rsidR="7F1B2331" w:rsidRPr="00D91A1F">
        <w:rPr>
          <w:rFonts w:asciiTheme="majorHAnsi" w:hAnsiTheme="majorHAnsi" w:cstheme="majorHAnsi"/>
        </w:rPr>
        <w:t>Mentorship/coaching</w:t>
      </w:r>
    </w:p>
    <w:p w14:paraId="5DE7750A" w14:textId="0238030D" w:rsidR="39807EDC" w:rsidRPr="00D91A1F" w:rsidRDefault="39807EDC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283539D0" w14:textId="4C0BFB24" w:rsidR="71042436" w:rsidRPr="00D91A1F" w:rsidRDefault="71042436" w:rsidP="71042436">
      <w:pPr>
        <w:pStyle w:val="ListBullet"/>
        <w:numPr>
          <w:ilvl w:val="0"/>
          <w:numId w:val="0"/>
        </w:numPr>
        <w:ind w:left="360"/>
        <w:rPr>
          <w:rFonts w:asciiTheme="majorHAnsi" w:hAnsiTheme="majorHAnsi" w:cstheme="majorHAnsi"/>
        </w:rPr>
      </w:pPr>
    </w:p>
    <w:p w14:paraId="0F1B0F7F" w14:textId="7C0BB6A9" w:rsidR="7F1B2331" w:rsidRPr="00D91A1F" w:rsidRDefault="7F1B2331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Have you benefitted from any Government or development programs, grant funding or initiatives?</w:t>
      </w:r>
    </w:p>
    <w:p w14:paraId="4F7DA940" w14:textId="7962AD24" w:rsidR="7F1B2331" w:rsidRPr="00D91A1F" w:rsidRDefault="7F1B23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Yes </w:t>
      </w:r>
    </w:p>
    <w:p w14:paraId="42C5F01E" w14:textId="058C0075" w:rsidR="7F1B2331" w:rsidRPr="00D91A1F" w:rsidRDefault="7F1B2331" w:rsidP="71042436">
      <w:pPr>
        <w:pStyle w:val="ListBullet"/>
        <w:ind w:left="0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</w:t>
      </w:r>
    </w:p>
    <w:p w14:paraId="500CAD7D" w14:textId="54D5A74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23498C39" w14:textId="4849E622" w:rsidR="281983E7" w:rsidRPr="00D91A1F" w:rsidRDefault="281983E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lastRenderedPageBreak/>
        <w:t>How satisfied are you with your current main bank on meeting your business needs?</w:t>
      </w:r>
    </w:p>
    <w:p w14:paraId="6A3BFAE1" w14:textId="23601ACB" w:rsidR="281983E7" w:rsidRPr="00D91A1F" w:rsidRDefault="281983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Very unsatisfied</w:t>
      </w:r>
    </w:p>
    <w:p w14:paraId="3CB93DB4" w14:textId="50743741" w:rsidR="281983E7" w:rsidRPr="00D91A1F" w:rsidRDefault="281983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Unsatisfied</w:t>
      </w:r>
    </w:p>
    <w:p w14:paraId="412A0C22" w14:textId="500B614C" w:rsidR="281983E7" w:rsidRPr="00D91A1F" w:rsidRDefault="281983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Neutral </w:t>
      </w:r>
    </w:p>
    <w:p w14:paraId="4BA6A133" w14:textId="464BFF35" w:rsidR="281983E7" w:rsidRPr="00D91A1F" w:rsidRDefault="281983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Satisfied</w:t>
      </w:r>
    </w:p>
    <w:p w14:paraId="10079ADB" w14:textId="73897C78" w:rsidR="281983E7" w:rsidRPr="00D91A1F" w:rsidRDefault="281983E7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Very satisfied</w:t>
      </w:r>
    </w:p>
    <w:p w14:paraId="30904ACC" w14:textId="15FEBC2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55AD73FE" w14:textId="36FB9404" w:rsidR="281983E7" w:rsidRPr="00D91A1F" w:rsidRDefault="281983E7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Explain, give specific examples</w:t>
      </w:r>
    </w:p>
    <w:p w14:paraId="3A0ACF90" w14:textId="503ABC62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31DDBCFE" w14:textId="2AA3368F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Touchpoints</w:t>
      </w:r>
    </w:p>
    <w:p w14:paraId="566F00CA" w14:textId="1FEEA2BB" w:rsidR="4F5AE12B" w:rsidRPr="00D91A1F" w:rsidRDefault="4F5AE12B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Which of the following touchpoints do you use for your business </w:t>
      </w:r>
    </w:p>
    <w:p w14:paraId="3346937D" w14:textId="0053664D" w:rsidR="51EC26B6" w:rsidRPr="00D91A1F" w:rsidRDefault="51EC26B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go to a b</w:t>
      </w:r>
      <w:r w:rsidR="4F5AE12B" w:rsidRPr="00D91A1F">
        <w:rPr>
          <w:rFonts w:asciiTheme="majorHAnsi" w:hAnsiTheme="majorHAnsi" w:cstheme="majorHAnsi"/>
        </w:rPr>
        <w:t>ank</w:t>
      </w:r>
      <w:r w:rsidR="658F7076" w:rsidRPr="00D91A1F">
        <w:rPr>
          <w:rFonts w:asciiTheme="majorHAnsi" w:hAnsiTheme="majorHAnsi" w:cstheme="majorHAnsi"/>
        </w:rPr>
        <w:t xml:space="preserve"> branch</w:t>
      </w:r>
      <w:r w:rsidR="081EB9D1" w:rsidRPr="00D91A1F">
        <w:rPr>
          <w:rFonts w:asciiTheme="majorHAnsi" w:hAnsiTheme="majorHAnsi" w:cstheme="majorHAnsi"/>
        </w:rPr>
        <w:t xml:space="preserve"> and transact with</w:t>
      </w:r>
      <w:r w:rsidR="4F5AE12B" w:rsidRPr="00D91A1F">
        <w:rPr>
          <w:rFonts w:asciiTheme="majorHAnsi" w:hAnsiTheme="majorHAnsi" w:cstheme="majorHAnsi"/>
        </w:rPr>
        <w:t xml:space="preserve"> tellers</w:t>
      </w:r>
    </w:p>
    <w:p w14:paraId="640D1942" w14:textId="1D3D7260" w:rsidR="64740A0F" w:rsidRPr="00D91A1F" w:rsidRDefault="64740A0F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I send someone to do the </w:t>
      </w:r>
      <w:proofErr w:type="spellStart"/>
      <w:r w:rsidRPr="00D91A1F">
        <w:rPr>
          <w:rFonts w:asciiTheme="majorHAnsi" w:hAnsiTheme="majorHAnsi" w:cstheme="majorHAnsi"/>
        </w:rPr>
        <w:t>transation</w:t>
      </w:r>
      <w:proofErr w:type="spellEnd"/>
      <w:r w:rsidRPr="00D91A1F">
        <w:rPr>
          <w:rFonts w:asciiTheme="majorHAnsi" w:hAnsiTheme="majorHAnsi" w:cstheme="majorHAnsi"/>
        </w:rPr>
        <w:t xml:space="preserve"> for me at the branch</w:t>
      </w:r>
    </w:p>
    <w:p w14:paraId="15485FC2" w14:textId="3F6C0559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I call my Relationship Manager </w:t>
      </w:r>
    </w:p>
    <w:p w14:paraId="04E17A24" w14:textId="12963408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I go to the bank and meet my Relationship Manager </w:t>
      </w:r>
    </w:p>
    <w:p w14:paraId="6222A13F" w14:textId="3EA9CA26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Relationship Manager comes and visits me</w:t>
      </w:r>
    </w:p>
    <w:p w14:paraId="287A14FE" w14:textId="1AF91689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ATMs</w:t>
      </w:r>
    </w:p>
    <w:p w14:paraId="5F23BB06" w14:textId="644D498B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Call </w:t>
      </w:r>
      <w:proofErr w:type="spellStart"/>
      <w:r w:rsidRPr="00D91A1F">
        <w:rPr>
          <w:rFonts w:asciiTheme="majorHAnsi" w:hAnsiTheme="majorHAnsi" w:cstheme="majorHAnsi"/>
        </w:rPr>
        <w:t>centre</w:t>
      </w:r>
      <w:proofErr w:type="spellEnd"/>
    </w:p>
    <w:p w14:paraId="5C80BCFA" w14:textId="2B83D34F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Electronic or internet banking</w:t>
      </w:r>
    </w:p>
    <w:p w14:paraId="0BE4DACE" w14:textId="1BACCF47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Mobile banking / banking app</w:t>
      </w:r>
    </w:p>
    <w:p w14:paraId="6A64386E" w14:textId="69EB51E9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None of the above</w:t>
      </w:r>
    </w:p>
    <w:p w14:paraId="044FAA1C" w14:textId="134BCCF1" w:rsidR="4F5AE12B" w:rsidRPr="00D91A1F" w:rsidRDefault="4F5AE12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Other Specify…</w:t>
      </w:r>
    </w:p>
    <w:p w14:paraId="57C80727" w14:textId="0238030D" w:rsidR="35ECA6ED" w:rsidRPr="00D91A1F" w:rsidRDefault="35ECA6E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N/A</w:t>
      </w:r>
    </w:p>
    <w:p w14:paraId="61CBEF11" w14:textId="0DAFF0E1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70EC8FBD" w14:textId="69FA3E80" w:rsidR="4F5AE12B" w:rsidRPr="00D91A1F" w:rsidRDefault="4F5AE12B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do you find the most convenient among the bank’s touchpoints and why?</w:t>
      </w:r>
    </w:p>
    <w:p w14:paraId="46BF6BB4" w14:textId="72E7173E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7A41DE94" w14:textId="0A397905" w:rsidR="4F5AE12B" w:rsidRPr="00D91A1F" w:rsidRDefault="4F5AE12B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do you find the least convenient about the bank’s touchpoints and why?</w:t>
      </w:r>
    </w:p>
    <w:p w14:paraId="34528489" w14:textId="68C0767F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12350BD1" w14:textId="03E0A1EB" w:rsidR="4F5AE12B" w:rsidRPr="00D91A1F" w:rsidRDefault="4F5AE12B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Select from below the top three statements you agree with</w:t>
      </w:r>
    </w:p>
    <w:p w14:paraId="6C3D2059" w14:textId="31AFE074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bank makes it easy to access the financial services I need to run my business</w:t>
      </w:r>
    </w:p>
    <w:p w14:paraId="1AD6564E" w14:textId="2667D20F" w:rsidR="53C1E5B5" w:rsidRPr="00D91A1F" w:rsidRDefault="53C1E5B5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It takes a lot of time to get what I need from my bank for my business</w:t>
      </w:r>
    </w:p>
    <w:p w14:paraId="51398F37" w14:textId="6EAA808C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The cost </w:t>
      </w:r>
      <w:proofErr w:type="gramStart"/>
      <w:r w:rsidRPr="00D91A1F">
        <w:rPr>
          <w:rFonts w:asciiTheme="majorHAnsi" w:hAnsiTheme="majorHAnsi" w:cstheme="majorHAnsi"/>
        </w:rPr>
        <w:t>to access</w:t>
      </w:r>
      <w:proofErr w:type="gramEnd"/>
      <w:r w:rsidRPr="00D91A1F">
        <w:rPr>
          <w:rFonts w:asciiTheme="majorHAnsi" w:hAnsiTheme="majorHAnsi" w:cstheme="majorHAnsi"/>
        </w:rPr>
        <w:t xml:space="preserve"> most services and products at my bank is reasonable</w:t>
      </w:r>
    </w:p>
    <w:p w14:paraId="26761138" w14:textId="56DD3F24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The cost to access most services and products at my bank is too high</w:t>
      </w:r>
    </w:p>
    <w:p w14:paraId="648B2BB4" w14:textId="694C4D79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Bank staff lack SME knowledge and experience</w:t>
      </w:r>
    </w:p>
    <w:p w14:paraId="7565CCDF" w14:textId="2146F08F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Bank staff have good SME business knowledge and experience</w:t>
      </w:r>
    </w:p>
    <w:p w14:paraId="4658BECC" w14:textId="45FE8EA5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bank contacts or visits me sufficiently</w:t>
      </w:r>
    </w:p>
    <w:p w14:paraId="52BC1750" w14:textId="40CB8528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bank needs to contact or visit me more often</w:t>
      </w:r>
    </w:p>
    <w:p w14:paraId="7E3D35EE" w14:textId="632223A4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bank has appropriate products and services for me</w:t>
      </w:r>
    </w:p>
    <w:p w14:paraId="50B38001" w14:textId="25DF888C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My bank does not have appropriate products and services for me</w:t>
      </w:r>
    </w:p>
    <w:p w14:paraId="6027ADCF" w14:textId="329E2CD3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I don’t know well my bank’s products and services </w:t>
      </w:r>
      <w:proofErr w:type="gramStart"/>
      <w:r w:rsidRPr="00D91A1F">
        <w:rPr>
          <w:rFonts w:asciiTheme="majorHAnsi" w:hAnsiTheme="majorHAnsi" w:cstheme="majorHAnsi"/>
        </w:rPr>
        <w:t>so i</w:t>
      </w:r>
      <w:proofErr w:type="gramEnd"/>
      <w:r w:rsidRPr="00D91A1F">
        <w:rPr>
          <w:rFonts w:asciiTheme="majorHAnsi" w:hAnsiTheme="majorHAnsi" w:cstheme="majorHAnsi"/>
        </w:rPr>
        <w:t xml:space="preserve"> can’t tell if they are appropriate or not for me</w:t>
      </w:r>
    </w:p>
    <w:p w14:paraId="4B59FB2D" w14:textId="4BB8D2AA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lastRenderedPageBreak/>
        <w:t>I feel confident in recommending my bank</w:t>
      </w:r>
    </w:p>
    <w:p w14:paraId="56F27288" w14:textId="65FBDF50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don’t feel confident in recommending my bank</w:t>
      </w:r>
    </w:p>
    <w:p w14:paraId="6C355825" w14:textId="113C687C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feel confident in recommending my client relationship manager</w:t>
      </w:r>
    </w:p>
    <w:p w14:paraId="3040D298" w14:textId="6E32A4A6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don’t feel confident in recommending my client relationship manager</w:t>
      </w:r>
    </w:p>
    <w:p w14:paraId="3C859D2B" w14:textId="6FB69CF8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know I would get the financing I need if I requested it</w:t>
      </w:r>
    </w:p>
    <w:p w14:paraId="6339FB8A" w14:textId="062160F1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don’t think I would get the financing I need if I requested it</w:t>
      </w:r>
    </w:p>
    <w:p w14:paraId="44ADED58" w14:textId="75405E16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I don’t </w:t>
      </w:r>
      <w:proofErr w:type="gramStart"/>
      <w:r w:rsidRPr="00D91A1F">
        <w:rPr>
          <w:rFonts w:asciiTheme="majorHAnsi" w:hAnsiTheme="majorHAnsi" w:cstheme="majorHAnsi"/>
        </w:rPr>
        <w:t>know</w:t>
      </w:r>
      <w:proofErr w:type="gramEnd"/>
      <w:r w:rsidRPr="00D91A1F">
        <w:rPr>
          <w:rFonts w:asciiTheme="majorHAnsi" w:hAnsiTheme="majorHAnsi" w:cstheme="majorHAnsi"/>
        </w:rPr>
        <w:t xml:space="preserve"> I would get the financing I need if I requested it</w:t>
      </w:r>
    </w:p>
    <w:p w14:paraId="3FDF3B88" w14:textId="04D3E35A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Currently, I need to use several banks/FIs to meet all my business product and service needs</w:t>
      </w:r>
    </w:p>
    <w:p w14:paraId="08CD01ED" w14:textId="1FA28F29" w:rsidR="4F5AE12B" w:rsidRPr="00D91A1F" w:rsidRDefault="4F5AE12B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Currently, I only use one main bank/FI to meet all my business product and service needs</w:t>
      </w:r>
    </w:p>
    <w:p w14:paraId="019F5DB6" w14:textId="38270DE9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0262167" w14:textId="541C88FE" w:rsidR="6BAF7566" w:rsidRPr="00D91A1F" w:rsidRDefault="6BAF756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Financial operations</w:t>
      </w:r>
    </w:p>
    <w:p w14:paraId="1A448F39" w14:textId="21CCB0AC" w:rsidR="6BAF7566" w:rsidRPr="00D91A1F" w:rsidRDefault="6BAF7566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do you do with cash that you receive on a daily or weekly basis</w:t>
      </w:r>
    </w:p>
    <w:p w14:paraId="274AA896" w14:textId="1959E05B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Deposit it at a bank</w:t>
      </w:r>
    </w:p>
    <w:p w14:paraId="33B83526" w14:textId="1FD75581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use it to replenish stock</w:t>
      </w:r>
    </w:p>
    <w:p w14:paraId="2289388D" w14:textId="29E54CA6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use it to pay salaries / wages</w:t>
      </w:r>
    </w:p>
    <w:p w14:paraId="01189AA8" w14:textId="34C1F8E7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Use it for personal expenses</w:t>
      </w:r>
    </w:p>
    <w:p w14:paraId="78940871" w14:textId="5B960C83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Invest it</w:t>
      </w:r>
    </w:p>
    <w:p w14:paraId="36430E96" w14:textId="670EA18B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Keep it in a safe place</w:t>
      </w:r>
    </w:p>
    <w:p w14:paraId="63A04FE6" w14:textId="2EBF6D17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don't receive any cash</w:t>
      </w:r>
    </w:p>
    <w:p w14:paraId="0EB68EB9" w14:textId="19EA998F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6380AC6" w14:textId="097C301D" w:rsidR="6BAF7566" w:rsidRPr="00D91A1F" w:rsidRDefault="6BAF7566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do you do with the profits from your business</w:t>
      </w:r>
    </w:p>
    <w:p w14:paraId="3EFC55CB" w14:textId="588E3AF1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Put it back into the business</w:t>
      </w:r>
    </w:p>
    <w:p w14:paraId="6B3AB3B2" w14:textId="10591710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buy new vehicles / equipment</w:t>
      </w:r>
    </w:p>
    <w:p w14:paraId="21B91E66" w14:textId="4A163175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distribute the profits to owners</w:t>
      </w:r>
    </w:p>
    <w:p w14:paraId="286CD8E0" w14:textId="191FFC05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Pay into investments</w:t>
      </w:r>
    </w:p>
    <w:p w14:paraId="19A406C3" w14:textId="5B2E769A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Use for personal expenses</w:t>
      </w:r>
    </w:p>
    <w:p w14:paraId="3F812565" w14:textId="58E1DF40" w:rsidR="6BAF7566" w:rsidRPr="00D91A1F" w:rsidRDefault="6BAF7566" w:rsidP="71042436">
      <w:pPr>
        <w:pStyle w:val="ListBullet"/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Pay debt / loan</w:t>
      </w:r>
    </w:p>
    <w:p w14:paraId="0116ED3C" w14:textId="69587F9C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BFCFCE9" w14:textId="345A4B08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Perception of the Bank</w:t>
      </w:r>
    </w:p>
    <w:p w14:paraId="137F629F" w14:textId="64C1457C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Are you currently a client of </w:t>
      </w:r>
      <w:proofErr w:type="gramStart"/>
      <w:r w:rsidR="32B1FCB5" w:rsidRPr="00D91A1F">
        <w:rPr>
          <w:rFonts w:asciiTheme="majorHAnsi" w:hAnsiTheme="majorHAnsi" w:cstheme="majorHAnsi"/>
          <w:b/>
          <w:bCs/>
        </w:rPr>
        <w:t xml:space="preserve">Rawbank </w:t>
      </w:r>
      <w:r w:rsidRPr="00D91A1F">
        <w:rPr>
          <w:rFonts w:asciiTheme="majorHAnsi" w:hAnsiTheme="majorHAnsi" w:cstheme="majorHAnsi"/>
          <w:b/>
          <w:bCs/>
        </w:rPr>
        <w:t>?</w:t>
      </w:r>
      <w:proofErr w:type="gramEnd"/>
    </w:p>
    <w:p w14:paraId="18F7176D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</w:t>
      </w:r>
    </w:p>
    <w:p w14:paraId="66375BE1" w14:textId="457BB03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5A4A63C6" w14:textId="5636EF90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yes, why did you choose this bank? (Select all that apply)</w:t>
      </w:r>
    </w:p>
    <w:p w14:paraId="72E27F17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Location 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Reputation 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Women’s product offer 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Staff attitude</w:t>
      </w:r>
    </w:p>
    <w:p w14:paraId="76327F3A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Product flexibility 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Speed of service 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Interest rates 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0357D729" w14:textId="4519E3A0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A47C73D" w14:textId="2573E6F5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On a scale of 1 to 5, how would you rate your satisfaction with the bank?</w:t>
      </w:r>
    </w:p>
    <w:p w14:paraId="7EB329AD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1 (Very dissatisfied) 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2 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3 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4 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5 (Very satisfied)</w:t>
      </w:r>
    </w:p>
    <w:p w14:paraId="389425EE" w14:textId="5A078B81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A52CCBB" w14:textId="6E18BD07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lastRenderedPageBreak/>
        <w:t xml:space="preserve">What is your overall opinion about </w:t>
      </w:r>
      <w:r w:rsidR="1FA3C5A4" w:rsidRPr="00D91A1F">
        <w:rPr>
          <w:rFonts w:asciiTheme="majorHAnsi" w:hAnsiTheme="majorHAnsi" w:cstheme="majorHAnsi"/>
          <w:b/>
          <w:bCs/>
        </w:rPr>
        <w:t>Rawbank</w:t>
      </w:r>
      <w:r w:rsidRPr="00D91A1F">
        <w:rPr>
          <w:rFonts w:asciiTheme="majorHAnsi" w:hAnsiTheme="majorHAnsi" w:cstheme="majorHAnsi"/>
          <w:b/>
          <w:bCs/>
        </w:rPr>
        <w:t xml:space="preserve"> and how it serves women entrepreneurs? </w:t>
      </w:r>
      <w:r w:rsidR="1100B64A" w:rsidRPr="00D91A1F">
        <w:rPr>
          <w:rFonts w:asciiTheme="majorHAnsi" w:hAnsiTheme="majorHAnsi" w:cstheme="majorHAnsi"/>
          <w:b/>
          <w:bCs/>
        </w:rPr>
        <w:t xml:space="preserve">Please give specific examples </w:t>
      </w:r>
      <w:r w:rsidRPr="00D91A1F">
        <w:rPr>
          <w:rFonts w:asciiTheme="majorHAnsi" w:hAnsiTheme="majorHAnsi" w:cstheme="majorHAnsi"/>
          <w:b/>
          <w:bCs/>
        </w:rPr>
        <w:t>(Open-ended)</w:t>
      </w:r>
      <w:r w:rsidR="0DD17CC1" w:rsidRPr="00D91A1F">
        <w:rPr>
          <w:rFonts w:asciiTheme="majorHAnsi" w:hAnsiTheme="majorHAnsi" w:cstheme="majorHAnsi"/>
          <w:b/>
          <w:bCs/>
        </w:rPr>
        <w:t xml:space="preserve"> </w:t>
      </w:r>
    </w:p>
    <w:p w14:paraId="3273E77D" w14:textId="542F3CC9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1584F794" w14:textId="44E5F269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Have you heard about any specific products or services the bank offers to women?</w:t>
      </w:r>
    </w:p>
    <w:p w14:paraId="291AB3D8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Not sure</w:t>
      </w:r>
    </w:p>
    <w:p w14:paraId="3F99C667" w14:textId="5428F331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0723F76" w14:textId="3C963E7E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yes, please describe what you know. (Open-ended)</w:t>
      </w:r>
    </w:p>
    <w:p w14:paraId="30551ED3" w14:textId="7E2879FE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39F94B1D" w14:textId="6F7E5864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would make you more likely to choose or stay with this bank? (Open-ended)</w:t>
      </w:r>
    </w:p>
    <w:p w14:paraId="3CD2BFC9" w14:textId="77777777" w:rsidR="00631FE2" w:rsidRPr="00D91A1F" w:rsidRDefault="00631FE2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2BC368AF" w14:textId="119C185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Product Bundle Preferences</w:t>
      </w:r>
    </w:p>
    <w:p w14:paraId="00C42F8E" w14:textId="24C16565" w:rsidR="33FD6A93" w:rsidRPr="00D91A1F" w:rsidRDefault="33FD6A93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Are you interested in product packages (automatic access to several products based on an additional monthly fee)?</w:t>
      </w:r>
    </w:p>
    <w:p w14:paraId="7A434F52" w14:textId="6D37BB4A" w:rsidR="33FD6A93" w:rsidRPr="00D91A1F" w:rsidRDefault="33FD6A9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Yes</w:t>
      </w:r>
    </w:p>
    <w:p w14:paraId="62FC635B" w14:textId="0031478D" w:rsidR="33FD6A93" w:rsidRPr="00D91A1F" w:rsidRDefault="33FD6A9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No</w:t>
      </w:r>
    </w:p>
    <w:p w14:paraId="0AD166B0" w14:textId="6E441CD8" w:rsidR="33FD6A93" w:rsidRPr="00D91A1F" w:rsidRDefault="33FD6A93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>I don’t know</w:t>
      </w:r>
    </w:p>
    <w:p w14:paraId="2A5701B0" w14:textId="69D4FF17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0DF939A8" w14:textId="38AE0126" w:rsidR="40AD4C1A" w:rsidRPr="00D91A1F" w:rsidRDefault="40AD4C1A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How would you rate the following</w:t>
      </w:r>
      <w:r w:rsidR="00DF3F10" w:rsidRPr="00D91A1F">
        <w:rPr>
          <w:rFonts w:asciiTheme="majorHAnsi" w:hAnsiTheme="majorHAnsi" w:cstheme="majorHAnsi"/>
          <w:b/>
          <w:bCs/>
        </w:rPr>
        <w:t xml:space="preserve"> products or services in a special offer or package for women-led businesses</w:t>
      </w:r>
      <w:r w:rsidR="27935FEF" w:rsidRPr="00D91A1F">
        <w:rPr>
          <w:rFonts w:asciiTheme="majorHAnsi" w:hAnsiTheme="majorHAnsi" w:cstheme="majorHAnsi"/>
          <w:b/>
          <w:bCs/>
        </w:rPr>
        <w:t xml:space="preserve"> (1=not important; 5=highly important)</w:t>
      </w:r>
      <w:r w:rsidR="00DF3F10" w:rsidRPr="00D91A1F">
        <w:rPr>
          <w:rFonts w:asciiTheme="majorHAnsi" w:hAnsiTheme="majorHAnsi" w:cstheme="majorHAnsi"/>
          <w:b/>
          <w:bCs/>
        </w:rPr>
        <w:t xml:space="preserve">? </w:t>
      </w:r>
    </w:p>
    <w:p w14:paraId="249D3F94" w14:textId="0C3A71CE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49312475" w:rsidRPr="00D91A1F">
        <w:rPr>
          <w:rFonts w:asciiTheme="majorHAnsi" w:hAnsiTheme="majorHAnsi" w:cstheme="majorHAnsi"/>
        </w:rPr>
        <w:t>C</w:t>
      </w:r>
      <w:r w:rsidRPr="00D91A1F">
        <w:rPr>
          <w:rFonts w:asciiTheme="majorHAnsi" w:hAnsiTheme="majorHAnsi" w:cstheme="majorHAnsi"/>
        </w:rPr>
        <w:t>urrent account</w:t>
      </w:r>
      <w:r w:rsidR="3CE737BB" w:rsidRPr="00D91A1F">
        <w:rPr>
          <w:rFonts w:asciiTheme="majorHAnsi" w:hAnsiTheme="majorHAnsi" w:cstheme="majorHAnsi"/>
        </w:rPr>
        <w:t xml:space="preserve"> for my business</w:t>
      </w:r>
    </w:p>
    <w:p w14:paraId="244C967E" w14:textId="75AD16A8" w:rsidR="00B12531" w:rsidRPr="00D91A1F" w:rsidRDefault="3CE737BB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Savings account  </w:t>
      </w:r>
      <w:r w:rsidR="00DF3F10" w:rsidRPr="00D91A1F">
        <w:rPr>
          <w:rFonts w:asciiTheme="majorHAnsi" w:hAnsiTheme="majorHAnsi" w:cstheme="majorHAnsi"/>
        </w:rPr>
        <w:t> </w:t>
      </w:r>
    </w:p>
    <w:p w14:paraId="49E80E5D" w14:textId="2A73139D" w:rsidR="00B12531" w:rsidRPr="00D91A1F" w:rsidRDefault="7F4792A2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5616FE50" w:rsidRPr="00D91A1F">
        <w:rPr>
          <w:rFonts w:asciiTheme="majorHAnsi" w:hAnsiTheme="majorHAnsi" w:cstheme="majorHAnsi"/>
        </w:rPr>
        <w:t>Savings plan for my children</w:t>
      </w:r>
    </w:p>
    <w:p w14:paraId="25B5C057" w14:textId="2DA6F648" w:rsidR="00B12531" w:rsidRPr="00D91A1F" w:rsidRDefault="70C69CE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="5616FE50" w:rsidRPr="00D91A1F">
        <w:rPr>
          <w:rFonts w:asciiTheme="majorHAnsi" w:hAnsiTheme="majorHAnsi" w:cstheme="majorHAnsi"/>
        </w:rPr>
        <w:t xml:space="preserve"> Digital services (app, wallet)</w:t>
      </w:r>
      <w:r w:rsidR="00DF3F10" w:rsidRPr="00D91A1F">
        <w:rPr>
          <w:rFonts w:asciiTheme="majorHAnsi" w:hAnsiTheme="majorHAnsi" w:cstheme="majorHAnsi"/>
        </w:rPr>
        <w:br/>
      </w:r>
      <w:r w:rsidR="16E22D2D" w:rsidRPr="00D91A1F">
        <w:rPr>
          <w:rFonts w:ascii="Segoe UI Symbol" w:hAnsi="Segoe UI Symbol" w:cs="Segoe UI Symbol"/>
        </w:rPr>
        <w:t>☐</w:t>
      </w:r>
      <w:r w:rsidR="16E22D2D" w:rsidRPr="00D91A1F">
        <w:rPr>
          <w:rFonts w:asciiTheme="majorHAnsi" w:hAnsiTheme="majorHAnsi" w:cstheme="majorHAnsi"/>
        </w:rPr>
        <w:t xml:space="preserve"> </w:t>
      </w:r>
      <w:r w:rsidR="5616FE50" w:rsidRPr="00D91A1F">
        <w:rPr>
          <w:rFonts w:asciiTheme="majorHAnsi" w:hAnsiTheme="majorHAnsi" w:cstheme="majorHAnsi"/>
        </w:rPr>
        <w:t>Insurance</w:t>
      </w:r>
      <w:r w:rsidR="00DF3F10" w:rsidRPr="00D91A1F">
        <w:rPr>
          <w:rFonts w:asciiTheme="majorHAnsi" w:hAnsiTheme="majorHAnsi" w:cstheme="majorHAnsi"/>
        </w:rPr>
        <w:br/>
      </w:r>
      <w:r w:rsidR="642C1CDD" w:rsidRPr="00D91A1F">
        <w:rPr>
          <w:rFonts w:ascii="Segoe UI Symbol" w:hAnsi="Segoe UI Symbol" w:cs="Segoe UI Symbol"/>
        </w:rPr>
        <w:t>☐</w:t>
      </w:r>
      <w:r w:rsidR="642C1CDD" w:rsidRPr="00D91A1F">
        <w:rPr>
          <w:rFonts w:asciiTheme="majorHAnsi" w:hAnsiTheme="majorHAnsi" w:cstheme="majorHAnsi"/>
        </w:rPr>
        <w:t xml:space="preserve"> </w:t>
      </w:r>
      <w:r w:rsidR="5CFFB451" w:rsidRPr="00D91A1F">
        <w:rPr>
          <w:rFonts w:asciiTheme="majorHAnsi" w:hAnsiTheme="majorHAnsi" w:cstheme="majorHAnsi"/>
        </w:rPr>
        <w:t xml:space="preserve">A dedicated branch </w:t>
      </w:r>
    </w:p>
    <w:p w14:paraId="40ABAA69" w14:textId="61E921AB" w:rsidR="00B12531" w:rsidRPr="00D91A1F" w:rsidRDefault="5CFFB451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</w:t>
      </w:r>
      <w:r w:rsidR="5616FE50" w:rsidRPr="00D91A1F">
        <w:rPr>
          <w:rFonts w:asciiTheme="majorHAnsi" w:hAnsiTheme="majorHAnsi" w:cstheme="majorHAnsi"/>
        </w:rPr>
        <w:t xml:space="preserve">Priority access in </w:t>
      </w:r>
      <w:r w:rsidR="45C8DA16" w:rsidRPr="00D91A1F">
        <w:rPr>
          <w:rFonts w:asciiTheme="majorHAnsi" w:hAnsiTheme="majorHAnsi" w:cstheme="majorHAnsi"/>
        </w:rPr>
        <w:t xml:space="preserve">other </w:t>
      </w:r>
      <w:r w:rsidR="5616FE50" w:rsidRPr="00D91A1F">
        <w:rPr>
          <w:rFonts w:asciiTheme="majorHAnsi" w:hAnsiTheme="majorHAnsi" w:cstheme="majorHAnsi"/>
        </w:rPr>
        <w:t>branche</w:t>
      </w:r>
      <w:r w:rsidR="606A5D01" w:rsidRPr="00D91A1F">
        <w:rPr>
          <w:rFonts w:asciiTheme="majorHAnsi" w:hAnsiTheme="majorHAnsi" w:cstheme="majorHAnsi"/>
        </w:rPr>
        <w:t>s</w:t>
      </w:r>
    </w:p>
    <w:p w14:paraId="36BD2A09" w14:textId="5370CD7D" w:rsidR="00B12531" w:rsidRPr="00D91A1F" w:rsidRDefault="355C0BC7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 dedicated Customer Relationship Manager that is available and can orient me </w:t>
      </w:r>
    </w:p>
    <w:p w14:paraId="0BB74DF1" w14:textId="44E50862" w:rsidR="00B12531" w:rsidRPr="00D91A1F" w:rsidRDefault="2E3AFA97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Payment card (Visa/Mastercard)</w:t>
      </w:r>
    </w:p>
    <w:p w14:paraId="778B6079" w14:textId="1D3F174A" w:rsidR="00B12531" w:rsidRPr="00D91A1F" w:rsidRDefault="11D3F5D1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Access to </w:t>
      </w:r>
      <w:proofErr w:type="gramStart"/>
      <w:r w:rsidRPr="00D91A1F">
        <w:rPr>
          <w:rFonts w:asciiTheme="majorHAnsi" w:hAnsiTheme="majorHAnsi" w:cstheme="majorHAnsi"/>
        </w:rPr>
        <w:t>account</w:t>
      </w:r>
      <w:proofErr w:type="gramEnd"/>
      <w:r w:rsidRPr="00D91A1F">
        <w:rPr>
          <w:rFonts w:asciiTheme="majorHAnsi" w:hAnsiTheme="majorHAnsi" w:cstheme="majorHAnsi"/>
        </w:rPr>
        <w:t xml:space="preserve"> online (via phone or computer)</w:t>
      </w:r>
    </w:p>
    <w:p w14:paraId="7D6C4224" w14:textId="71B8678A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Mobile wallet / digital payments</w:t>
      </w:r>
    </w:p>
    <w:p w14:paraId="55FC8DA0" w14:textId="0FA86F08" w:rsidR="47C3F17B" w:rsidRPr="00D91A1F" w:rsidRDefault="47C3F17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POS/solutions to receive payments on my business location </w:t>
      </w:r>
    </w:p>
    <w:p w14:paraId="0BAF4768" w14:textId="2B5BD72A" w:rsidR="47C3F17B" w:rsidRPr="00D91A1F" w:rsidRDefault="47C3F17B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Payment solutions to receive payments on my website / online</w:t>
      </w:r>
    </w:p>
    <w:p w14:paraId="3ACB770B" w14:textId="78C4F30B" w:rsidR="253DED9D" w:rsidRPr="00D91A1F" w:rsidRDefault="253DED9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Automatic overdraft facility based on my account turnover</w:t>
      </w:r>
    </w:p>
    <w:p w14:paraId="02A1E884" w14:textId="7D1F19B4" w:rsidR="00DF3F10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Business insurance </w:t>
      </w:r>
    </w:p>
    <w:p w14:paraId="2C4684F9" w14:textId="495A6245" w:rsidR="62C06936" w:rsidRPr="00D91A1F" w:rsidRDefault="62C069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Health insurance </w:t>
      </w:r>
    </w:p>
    <w:p w14:paraId="701172B6" w14:textId="2E4576CC" w:rsidR="00DF3F10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Business training/coaching </w:t>
      </w:r>
    </w:p>
    <w:p w14:paraId="7E8CBD74" w14:textId="3D7DA3CE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Access to a business network </w:t>
      </w:r>
    </w:p>
    <w:p w14:paraId="513BED4B" w14:textId="24EF36A6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7AF9B0AB" w14:textId="35481DDD" w:rsidR="61DC00ED" w:rsidRPr="00D91A1F" w:rsidRDefault="61DC00ED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N/A</w:t>
      </w:r>
    </w:p>
    <w:p w14:paraId="57CE5DED" w14:textId="22BDCDDD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49CA9817" w14:textId="3139795F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030B497D" w14:textId="1E9F8296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such a package included both financial and non-financial services, how much would you be willing to pay monthly (USD)?</w:t>
      </w:r>
    </w:p>
    <w:p w14:paraId="630F01D2" w14:textId="6120467B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$5–$10 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$10–$20 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$20–$50 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More than $50 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I would pay depending on what is included</w:t>
      </w:r>
    </w:p>
    <w:p w14:paraId="62E3212C" w14:textId="25E0E192" w:rsidR="00631FE2" w:rsidRPr="00D91A1F" w:rsidRDefault="3844275B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Theme="majorHAnsi" w:hAnsiTheme="majorHAnsi" w:cstheme="majorHAnsi"/>
        </w:rPr>
        <w:t xml:space="preserve">N/A (I’m not interested in </w:t>
      </w:r>
      <w:proofErr w:type="gramStart"/>
      <w:r w:rsidRPr="00D91A1F">
        <w:rPr>
          <w:rFonts w:asciiTheme="majorHAnsi" w:hAnsiTheme="majorHAnsi" w:cstheme="majorHAnsi"/>
        </w:rPr>
        <w:t>a package</w:t>
      </w:r>
      <w:proofErr w:type="gramEnd"/>
      <w:r w:rsidRPr="00D91A1F">
        <w:rPr>
          <w:rFonts w:asciiTheme="majorHAnsi" w:hAnsiTheme="majorHAnsi" w:cstheme="majorHAnsi"/>
        </w:rPr>
        <w:t>, i prefer directly choosing the products I need)</w:t>
      </w:r>
    </w:p>
    <w:p w14:paraId="25778D5F" w14:textId="3A6B1CFA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</w:p>
    <w:p w14:paraId="03693D02" w14:textId="7C5AD25C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Digital Finance &amp; Technology Usage</w:t>
      </w:r>
    </w:p>
    <w:p w14:paraId="6780A5A7" w14:textId="57F807C5" w:rsidR="4805EE9C" w:rsidRPr="00D91A1F" w:rsidRDefault="4805EE9C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Do you own a smartphone?</w:t>
      </w:r>
    </w:p>
    <w:p w14:paraId="3FF31C00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</w:t>
      </w:r>
    </w:p>
    <w:p w14:paraId="0C3153CD" w14:textId="7DC1FD31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C861413" w14:textId="43EC69B4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Do you use your phone for any financial transactions (e.g., sending/receiving money, paying bills, buying airtime)?</w:t>
      </w:r>
    </w:p>
    <w:p w14:paraId="3761A00A" w14:textId="614F8694" w:rsidR="00DF3F10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Yes 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</w:t>
      </w:r>
      <w:r w:rsidR="7839E7F0" w:rsidRPr="00D91A1F">
        <w:rPr>
          <w:rFonts w:asciiTheme="majorHAnsi" w:hAnsiTheme="majorHAnsi" w:cstheme="majorHAnsi"/>
        </w:rPr>
        <w:t xml:space="preserve">       </w:t>
      </w:r>
      <w:proofErr w:type="gramStart"/>
      <w:r w:rsidR="7839E7F0" w:rsidRPr="00D91A1F">
        <w:rPr>
          <w:rFonts w:ascii="Segoe UI Symbol" w:hAnsi="Segoe UI Symbol" w:cs="Segoe UI Symbol"/>
        </w:rPr>
        <w:t>☐</w:t>
      </w:r>
      <w:r w:rsidR="7839E7F0" w:rsidRPr="00D91A1F">
        <w:rPr>
          <w:rFonts w:asciiTheme="majorHAnsi" w:hAnsiTheme="majorHAnsi" w:cstheme="majorHAnsi"/>
        </w:rPr>
        <w:t xml:space="preserve">  N</w:t>
      </w:r>
      <w:proofErr w:type="gramEnd"/>
      <w:r w:rsidR="7839E7F0" w:rsidRPr="00D91A1F">
        <w:rPr>
          <w:rFonts w:asciiTheme="majorHAnsi" w:hAnsiTheme="majorHAnsi" w:cstheme="majorHAnsi"/>
        </w:rPr>
        <w:t>/A</w:t>
      </w:r>
    </w:p>
    <w:p w14:paraId="45C29D2B" w14:textId="15CA2984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40A74E8" w14:textId="68A79572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Which platforms do you currently use for financial transactions? (Check all that apply)</w:t>
      </w:r>
    </w:p>
    <w:p w14:paraId="0033D767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Mobile money (e.g., Orange Money, Airtel Money, M-Pesa) 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Banking mobile app 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USSD banking codes</w:t>
      </w:r>
    </w:p>
    <w:p w14:paraId="70D89BD6" w14:textId="1B125E8C" w:rsidR="00DF3F10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Online banking via website 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Fintech apps (e.g., </w:t>
      </w:r>
      <w:proofErr w:type="spellStart"/>
      <w:r w:rsidR="00631FE2" w:rsidRPr="00D91A1F">
        <w:rPr>
          <w:rFonts w:asciiTheme="majorHAnsi" w:hAnsiTheme="majorHAnsi" w:cstheme="majorHAnsi"/>
        </w:rPr>
        <w:t>Illicocash</w:t>
      </w:r>
      <w:proofErr w:type="spellEnd"/>
      <w:r w:rsidR="00631FE2" w:rsidRPr="00D91A1F">
        <w:rPr>
          <w:rFonts w:asciiTheme="majorHAnsi" w:hAnsiTheme="majorHAnsi" w:cstheme="majorHAnsi"/>
        </w:rPr>
        <w:t xml:space="preserve">, </w:t>
      </w:r>
      <w:proofErr w:type="spellStart"/>
      <w:r w:rsidR="00631FE2" w:rsidRPr="00D91A1F">
        <w:rPr>
          <w:rFonts w:asciiTheme="majorHAnsi" w:hAnsiTheme="majorHAnsi" w:cstheme="majorHAnsi"/>
        </w:rPr>
        <w:t>Pepele</w:t>
      </w:r>
      <w:proofErr w:type="spellEnd"/>
      <w:r w:rsidR="00631FE2" w:rsidRPr="00D91A1F">
        <w:rPr>
          <w:rFonts w:asciiTheme="majorHAnsi" w:hAnsiTheme="majorHAnsi" w:cstheme="majorHAnsi"/>
        </w:rPr>
        <w:t xml:space="preserve"> Mobile</w:t>
      </w:r>
      <w:r w:rsidRPr="00D91A1F">
        <w:rPr>
          <w:rFonts w:asciiTheme="majorHAnsi" w:hAnsiTheme="majorHAnsi" w:cstheme="majorHAnsi"/>
        </w:rPr>
        <w:t>, wallet apps) 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  <w:r w:rsidR="19E59D30" w:rsidRPr="00D91A1F">
        <w:rPr>
          <w:rFonts w:asciiTheme="majorHAnsi" w:hAnsiTheme="majorHAnsi" w:cstheme="majorHAnsi"/>
        </w:rPr>
        <w:t xml:space="preserve">      </w:t>
      </w:r>
      <w:proofErr w:type="gramStart"/>
      <w:r w:rsidR="19E59D30" w:rsidRPr="00D91A1F">
        <w:rPr>
          <w:rFonts w:ascii="Segoe UI Symbol" w:hAnsi="Segoe UI Symbol" w:cs="Segoe UI Symbol"/>
        </w:rPr>
        <w:t>☐</w:t>
      </w:r>
      <w:r w:rsidR="19E59D30" w:rsidRPr="00D91A1F">
        <w:rPr>
          <w:rFonts w:asciiTheme="majorHAnsi" w:hAnsiTheme="majorHAnsi" w:cstheme="majorHAnsi"/>
        </w:rPr>
        <w:t xml:space="preserve">  N</w:t>
      </w:r>
      <w:proofErr w:type="gramEnd"/>
      <w:r w:rsidR="19E59D30" w:rsidRPr="00D91A1F">
        <w:rPr>
          <w:rFonts w:asciiTheme="majorHAnsi" w:hAnsiTheme="majorHAnsi" w:cstheme="majorHAnsi"/>
        </w:rPr>
        <w:t>/A</w:t>
      </w:r>
    </w:p>
    <w:p w14:paraId="07A917A1" w14:textId="0CB83A43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7B075329" w14:textId="0FDA74B7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do you mainly use mobile financial services for? (Check all that apply)</w:t>
      </w:r>
    </w:p>
    <w:p w14:paraId="630E462D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Sending/receiving money 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Paying suppliers 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Paying utility bills 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Receiving client payments</w:t>
      </w:r>
    </w:p>
    <w:p w14:paraId="796E106F" w14:textId="2A21DB85" w:rsidR="00DF3F10" w:rsidRPr="00D91A1F" w:rsidRDefault="00DF3F10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Saving money 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Borrowing money 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Paying salaries 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71887E92" w14:textId="11C6B135" w:rsidR="67445CD6" w:rsidRPr="00D91A1F" w:rsidRDefault="67445CD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proofErr w:type="gramStart"/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 N</w:t>
      </w:r>
      <w:proofErr w:type="gramEnd"/>
      <w:r w:rsidRPr="00D91A1F">
        <w:rPr>
          <w:rFonts w:asciiTheme="majorHAnsi" w:hAnsiTheme="majorHAnsi" w:cstheme="majorHAnsi"/>
        </w:rPr>
        <w:t>/A</w:t>
      </w:r>
    </w:p>
    <w:p w14:paraId="1EB64FA3" w14:textId="54CD81DB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66291423" w14:textId="1E9BBDA5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you use a bank’s mobile app, which one(s)? And what do you like or dislike about them? (Open-ended)</w:t>
      </w:r>
    </w:p>
    <w:p w14:paraId="5796A046" w14:textId="5C4FD005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</w:p>
    <w:p w14:paraId="50F68012" w14:textId="4290B3F9" w:rsidR="00B12531" w:rsidRPr="00D91A1F" w:rsidRDefault="63E6A052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you don’t use</w:t>
      </w:r>
      <w:r w:rsidR="38AA6C00" w:rsidRPr="00D91A1F">
        <w:rPr>
          <w:rFonts w:asciiTheme="majorHAnsi" w:hAnsiTheme="majorHAnsi" w:cstheme="majorHAnsi"/>
          <w:b/>
          <w:bCs/>
        </w:rPr>
        <w:t xml:space="preserve"> th</w:t>
      </w:r>
      <w:r w:rsidR="28786F0F" w:rsidRPr="00D91A1F">
        <w:rPr>
          <w:rFonts w:asciiTheme="majorHAnsi" w:hAnsiTheme="majorHAnsi" w:cstheme="majorHAnsi"/>
          <w:b/>
          <w:bCs/>
        </w:rPr>
        <w:t>o</w:t>
      </w:r>
      <w:r w:rsidR="38AA6C00" w:rsidRPr="00D91A1F">
        <w:rPr>
          <w:rFonts w:asciiTheme="majorHAnsi" w:hAnsiTheme="majorHAnsi" w:cstheme="majorHAnsi"/>
          <w:b/>
          <w:bCs/>
        </w:rPr>
        <w:t>se much</w:t>
      </w:r>
      <w:r w:rsidRPr="00D91A1F">
        <w:rPr>
          <w:rFonts w:asciiTheme="majorHAnsi" w:hAnsiTheme="majorHAnsi" w:cstheme="majorHAnsi"/>
          <w:b/>
          <w:bCs/>
        </w:rPr>
        <w:t>, w</w:t>
      </w:r>
      <w:r w:rsidR="00DF3F10" w:rsidRPr="00D91A1F">
        <w:rPr>
          <w:rFonts w:asciiTheme="majorHAnsi" w:hAnsiTheme="majorHAnsi" w:cstheme="majorHAnsi"/>
          <w:b/>
          <w:bCs/>
        </w:rPr>
        <w:t>hat prevents you from using more digital financial services?</w:t>
      </w:r>
    </w:p>
    <w:p w14:paraId="1B9C07F6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Lack of trust/security 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Poor internet or phone access 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Low digital literacy 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High transaction costs 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Not familiar with the apps 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3CCE9E06" w14:textId="77777777" w:rsidR="00631FE2" w:rsidRPr="00D91A1F" w:rsidRDefault="00631FE2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4BEA1E8A" w14:textId="2664B56A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  <w:color w:val="0070C0"/>
        </w:rPr>
      </w:pPr>
      <w:r w:rsidRPr="00D91A1F">
        <w:rPr>
          <w:rFonts w:asciiTheme="majorHAnsi" w:hAnsiTheme="majorHAnsi" w:cstheme="majorHAnsi"/>
          <w:b/>
          <w:bCs/>
          <w:color w:val="0070C0"/>
        </w:rPr>
        <w:t>Aspirations, Identity &amp; Personal Motivation</w:t>
      </w:r>
    </w:p>
    <w:p w14:paraId="6FA27A7B" w14:textId="7C0C1ACD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inspired you to start or grow your business? (Open-ended)</w:t>
      </w:r>
    </w:p>
    <w:p w14:paraId="2FD7468D" w14:textId="0733BD9C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3CA7B5CB" w14:textId="0AF9E97F" w:rsidR="5DD7C37D" w:rsidRPr="00D91A1F" w:rsidRDefault="5DD7C37D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are your biggest personal and professional achievements so far?</w:t>
      </w:r>
    </w:p>
    <w:p w14:paraId="4741C588" w14:textId="0D1EBC49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lastRenderedPageBreak/>
        <w:t xml:space="preserve">What are your biggest personal or professional dreams for the next </w:t>
      </w:r>
      <w:r w:rsidR="227A9B67" w:rsidRPr="00D91A1F">
        <w:rPr>
          <w:rFonts w:asciiTheme="majorHAnsi" w:hAnsiTheme="majorHAnsi" w:cstheme="majorHAnsi"/>
          <w:b/>
          <w:bCs/>
        </w:rPr>
        <w:t xml:space="preserve">2 </w:t>
      </w:r>
      <w:r w:rsidRPr="00D91A1F">
        <w:rPr>
          <w:rFonts w:asciiTheme="majorHAnsi" w:hAnsiTheme="majorHAnsi" w:cstheme="majorHAnsi"/>
          <w:b/>
          <w:bCs/>
        </w:rPr>
        <w:t>–</w:t>
      </w:r>
      <w:r w:rsidR="0C995EC4" w:rsidRPr="00D91A1F">
        <w:rPr>
          <w:rFonts w:asciiTheme="majorHAnsi" w:hAnsiTheme="majorHAnsi" w:cstheme="majorHAnsi"/>
          <w:b/>
          <w:bCs/>
        </w:rPr>
        <w:t xml:space="preserve"> 5</w:t>
      </w:r>
      <w:r w:rsidRPr="00D91A1F">
        <w:rPr>
          <w:rFonts w:asciiTheme="majorHAnsi" w:hAnsiTheme="majorHAnsi" w:cstheme="majorHAnsi"/>
          <w:b/>
          <w:bCs/>
        </w:rPr>
        <w:t xml:space="preserve"> years? (Open-ended)</w:t>
      </w:r>
    </w:p>
    <w:p w14:paraId="6C348AF5" w14:textId="3B678B33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4143CE32" w14:textId="4AEA84BD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How would you describe your life today in one or two </w:t>
      </w:r>
      <w:r w:rsidR="2763ED1F" w:rsidRPr="00D91A1F">
        <w:rPr>
          <w:rFonts w:asciiTheme="majorHAnsi" w:hAnsiTheme="majorHAnsi" w:cstheme="majorHAnsi"/>
          <w:b/>
          <w:bCs/>
        </w:rPr>
        <w:t>sentence</w:t>
      </w:r>
      <w:r w:rsidRPr="00D91A1F">
        <w:rPr>
          <w:rFonts w:asciiTheme="majorHAnsi" w:hAnsiTheme="majorHAnsi" w:cstheme="majorHAnsi"/>
          <w:b/>
          <w:bCs/>
        </w:rPr>
        <w:t>s? (Open-ended)</w:t>
      </w:r>
    </w:p>
    <w:p w14:paraId="4CBE427C" w14:textId="6C1AE00E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614A1B32" w14:textId="1692CAB3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are the 3 things you value most in life?</w:t>
      </w:r>
    </w:p>
    <w:p w14:paraId="73022E7E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Financial independence 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Time with family 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Building something of my own 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Helping others / community</w:t>
      </w:r>
    </w:p>
    <w:p w14:paraId="35BE961A" w14:textId="77777777" w:rsidR="00B12531" w:rsidRPr="00D91A1F" w:rsidRDefault="00DF3F10" w:rsidP="003626DD">
      <w:pPr>
        <w:pStyle w:val="ListBullet"/>
        <w:numPr>
          <w:ilvl w:val="0"/>
          <w:numId w:val="0"/>
        </w:numPr>
        <w:rPr>
          <w:rFonts w:asciiTheme="majorHAnsi" w:hAnsiTheme="majorHAnsi" w:cstheme="majorHAnsi"/>
        </w:rPr>
      </w:pP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Education / self-development 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Spirituality / faith 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Freedom 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Stability / security </w:t>
      </w:r>
      <w:r w:rsidRPr="00D91A1F">
        <w:rPr>
          <w:rFonts w:ascii="Segoe UI Symbol" w:hAnsi="Segoe UI Symbol" w:cs="Segoe UI Symbol"/>
        </w:rPr>
        <w:t>☐</w:t>
      </w:r>
      <w:r w:rsidRPr="00D91A1F">
        <w:rPr>
          <w:rFonts w:asciiTheme="majorHAnsi" w:hAnsiTheme="majorHAnsi" w:cstheme="majorHAnsi"/>
        </w:rPr>
        <w:t xml:space="preserve"> Other: _______</w:t>
      </w:r>
    </w:p>
    <w:p w14:paraId="5944B6B9" w14:textId="47C90805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76F5E55A" w14:textId="2EF5B82E" w:rsidR="04A909C4" w:rsidRPr="00D91A1F" w:rsidRDefault="04A909C4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 xml:space="preserve">Looking back at your experience in the past years, which life events (non-business related) have generally </w:t>
      </w:r>
      <w:r w:rsidR="4D3D00F9" w:rsidRPr="00D91A1F">
        <w:rPr>
          <w:rFonts w:asciiTheme="majorHAnsi" w:hAnsiTheme="majorHAnsi" w:cstheme="majorHAnsi"/>
          <w:b/>
          <w:bCs/>
        </w:rPr>
        <w:t xml:space="preserve">put some pressure on you and </w:t>
      </w:r>
      <w:r w:rsidRPr="00D91A1F">
        <w:rPr>
          <w:rFonts w:asciiTheme="majorHAnsi" w:hAnsiTheme="majorHAnsi" w:cstheme="majorHAnsi"/>
          <w:b/>
          <w:bCs/>
        </w:rPr>
        <w:t>disturbed your ability to manage</w:t>
      </w:r>
      <w:r w:rsidR="6295540A" w:rsidRPr="00D91A1F">
        <w:rPr>
          <w:rFonts w:asciiTheme="majorHAnsi" w:hAnsiTheme="majorHAnsi" w:cstheme="majorHAnsi"/>
          <w:b/>
          <w:bCs/>
        </w:rPr>
        <w:t xml:space="preserve"> or grow</w:t>
      </w:r>
      <w:r w:rsidRPr="00D91A1F">
        <w:rPr>
          <w:rFonts w:asciiTheme="majorHAnsi" w:hAnsiTheme="majorHAnsi" w:cstheme="majorHAnsi"/>
          <w:b/>
          <w:bCs/>
        </w:rPr>
        <w:t xml:space="preserve"> your </w:t>
      </w:r>
      <w:r w:rsidR="5E3C9252" w:rsidRPr="00D91A1F">
        <w:rPr>
          <w:rFonts w:asciiTheme="majorHAnsi" w:hAnsiTheme="majorHAnsi" w:cstheme="majorHAnsi"/>
          <w:b/>
          <w:bCs/>
        </w:rPr>
        <w:t>business?</w:t>
      </w:r>
      <w:r w:rsidRPr="00D91A1F">
        <w:rPr>
          <w:rFonts w:asciiTheme="majorHAnsi" w:hAnsiTheme="majorHAnsi" w:cstheme="majorHAnsi"/>
          <w:b/>
          <w:bCs/>
        </w:rPr>
        <w:t xml:space="preserve"> (Open-ended)</w:t>
      </w:r>
    </w:p>
    <w:p w14:paraId="7706C070" w14:textId="20D8F3C9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0CFA833A" w14:textId="11A5CFAB" w:rsidR="71042436" w:rsidRPr="00D91A1F" w:rsidRDefault="71042436" w:rsidP="71042436">
      <w:pPr>
        <w:pStyle w:val="ListBullet"/>
        <w:numPr>
          <w:ilvl w:val="0"/>
          <w:numId w:val="0"/>
        </w:numPr>
        <w:rPr>
          <w:rFonts w:asciiTheme="majorHAnsi" w:hAnsiTheme="majorHAnsi" w:cstheme="majorHAnsi"/>
          <w:b/>
          <w:bCs/>
        </w:rPr>
      </w:pPr>
    </w:p>
    <w:p w14:paraId="6B9146DF" w14:textId="3C4633F4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When you have free time, what do you enjoy doing most</w:t>
      </w:r>
      <w:r w:rsidR="281BEF1C" w:rsidRPr="00D91A1F">
        <w:rPr>
          <w:rFonts w:asciiTheme="majorHAnsi" w:hAnsiTheme="majorHAnsi" w:cstheme="majorHAnsi"/>
          <w:b/>
          <w:bCs/>
        </w:rPr>
        <w:t xml:space="preserve"> (in day-to-day life/weekends </w:t>
      </w:r>
      <w:proofErr w:type="gramStart"/>
      <w:r w:rsidR="281BEF1C" w:rsidRPr="00D91A1F">
        <w:rPr>
          <w:rFonts w:asciiTheme="majorHAnsi" w:hAnsiTheme="majorHAnsi" w:cstheme="majorHAnsi"/>
          <w:b/>
          <w:bCs/>
        </w:rPr>
        <w:t>and also</w:t>
      </w:r>
      <w:proofErr w:type="gramEnd"/>
      <w:r w:rsidR="281BEF1C" w:rsidRPr="00D91A1F">
        <w:rPr>
          <w:rFonts w:asciiTheme="majorHAnsi" w:hAnsiTheme="majorHAnsi" w:cstheme="majorHAnsi"/>
          <w:b/>
          <w:bCs/>
        </w:rPr>
        <w:t xml:space="preserve"> during holiday time)</w:t>
      </w:r>
      <w:r w:rsidRPr="00D91A1F">
        <w:rPr>
          <w:rFonts w:asciiTheme="majorHAnsi" w:hAnsiTheme="majorHAnsi" w:cstheme="majorHAnsi"/>
          <w:b/>
          <w:bCs/>
        </w:rPr>
        <w:t>? (Open-ended)</w:t>
      </w:r>
    </w:p>
    <w:p w14:paraId="0477F928" w14:textId="72CA28E0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3F58DAA3" w14:textId="6EFAD803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does success look like to you? (Open-ended)</w:t>
      </w:r>
    </w:p>
    <w:p w14:paraId="4DF79CEB" w14:textId="22126446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4EC88258" w14:textId="784F8B0D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worries you most about the future? (Open-ended)</w:t>
      </w:r>
    </w:p>
    <w:p w14:paraId="2C111946" w14:textId="4F18A418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7D3D4FB8" w14:textId="392F9491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If you could receive support from a bank beyond money, what would it be? (Open-ended)</w:t>
      </w:r>
    </w:p>
    <w:p w14:paraId="0B1DBA66" w14:textId="143302B2" w:rsidR="71042436" w:rsidRPr="00D91A1F" w:rsidRDefault="71042436" w:rsidP="71042436">
      <w:pPr>
        <w:pStyle w:val="ListBullet"/>
        <w:numPr>
          <w:ilvl w:val="0"/>
          <w:numId w:val="0"/>
        </w:numPr>
        <w:ind w:left="720"/>
        <w:rPr>
          <w:rFonts w:asciiTheme="majorHAnsi" w:hAnsiTheme="majorHAnsi" w:cstheme="majorHAnsi"/>
          <w:b/>
          <w:bCs/>
        </w:rPr>
      </w:pPr>
    </w:p>
    <w:p w14:paraId="3428394F" w14:textId="2F5E6451" w:rsidR="00B12531" w:rsidRPr="00D91A1F" w:rsidRDefault="00DF3F10" w:rsidP="71042436">
      <w:pPr>
        <w:pStyle w:val="ListBullet"/>
        <w:rPr>
          <w:rFonts w:asciiTheme="majorHAnsi" w:hAnsiTheme="majorHAnsi" w:cstheme="majorHAnsi"/>
          <w:b/>
          <w:bCs/>
        </w:rPr>
      </w:pPr>
      <w:r w:rsidRPr="00D91A1F">
        <w:rPr>
          <w:rFonts w:asciiTheme="majorHAnsi" w:hAnsiTheme="majorHAnsi" w:cstheme="majorHAnsi"/>
          <w:b/>
          <w:bCs/>
        </w:rPr>
        <w:t>What message would you give to a younger woman starting out in business today? (Open-ended)</w:t>
      </w:r>
    </w:p>
    <w:sectPr w:rsidR="00B12531" w:rsidRPr="00D91A1F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CCE12EA"/>
    <w:multiLevelType w:val="hybridMultilevel"/>
    <w:tmpl w:val="6A76A302"/>
    <w:lvl w:ilvl="0" w:tplc="1E46C5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7C85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1EF9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10B5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6407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900E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D22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628D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0CEA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4396852">
    <w:abstractNumId w:val="6"/>
  </w:num>
  <w:num w:numId="2" w16cid:durableId="1252738606">
    <w:abstractNumId w:val="5"/>
  </w:num>
  <w:num w:numId="3" w16cid:durableId="519048448">
    <w:abstractNumId w:val="3"/>
  </w:num>
  <w:num w:numId="4" w16cid:durableId="188030520">
    <w:abstractNumId w:val="2"/>
  </w:num>
  <w:num w:numId="5" w16cid:durableId="1964337452">
    <w:abstractNumId w:val="4"/>
  </w:num>
  <w:num w:numId="6" w16cid:durableId="832531206">
    <w:abstractNumId w:val="1"/>
  </w:num>
  <w:num w:numId="7" w16cid:durableId="190075824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trackRevision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B576D"/>
    <w:rsid w:val="00201F5E"/>
    <w:rsid w:val="00222168"/>
    <w:rsid w:val="0029639D"/>
    <w:rsid w:val="002A7EBD"/>
    <w:rsid w:val="002BE4E0"/>
    <w:rsid w:val="00326F90"/>
    <w:rsid w:val="00361B89"/>
    <w:rsid w:val="003626DD"/>
    <w:rsid w:val="004F4749"/>
    <w:rsid w:val="005EFD68"/>
    <w:rsid w:val="00628A81"/>
    <w:rsid w:val="00631FE2"/>
    <w:rsid w:val="006BCF44"/>
    <w:rsid w:val="006F2209"/>
    <w:rsid w:val="0072AA45"/>
    <w:rsid w:val="007A505F"/>
    <w:rsid w:val="00812F22"/>
    <w:rsid w:val="00894D78"/>
    <w:rsid w:val="00914C35"/>
    <w:rsid w:val="009729E0"/>
    <w:rsid w:val="00AA1D8D"/>
    <w:rsid w:val="00B12531"/>
    <w:rsid w:val="00B47730"/>
    <w:rsid w:val="00BA7E47"/>
    <w:rsid w:val="00BDF352"/>
    <w:rsid w:val="00C6898A"/>
    <w:rsid w:val="00CA9C87"/>
    <w:rsid w:val="00CB0664"/>
    <w:rsid w:val="00D91A1F"/>
    <w:rsid w:val="00DE5F2D"/>
    <w:rsid w:val="00DF3F10"/>
    <w:rsid w:val="00FC693F"/>
    <w:rsid w:val="0101BF7A"/>
    <w:rsid w:val="01340775"/>
    <w:rsid w:val="0142DC01"/>
    <w:rsid w:val="01FF73C4"/>
    <w:rsid w:val="021C33E2"/>
    <w:rsid w:val="024BA737"/>
    <w:rsid w:val="027EF168"/>
    <w:rsid w:val="02900D70"/>
    <w:rsid w:val="02A13686"/>
    <w:rsid w:val="02B10409"/>
    <w:rsid w:val="02EC2990"/>
    <w:rsid w:val="0301895E"/>
    <w:rsid w:val="0320ACA9"/>
    <w:rsid w:val="034C344F"/>
    <w:rsid w:val="03735F68"/>
    <w:rsid w:val="03895433"/>
    <w:rsid w:val="03ACFE0E"/>
    <w:rsid w:val="03B88A5F"/>
    <w:rsid w:val="040447AD"/>
    <w:rsid w:val="04193818"/>
    <w:rsid w:val="044EAE6B"/>
    <w:rsid w:val="047A6893"/>
    <w:rsid w:val="04A909C4"/>
    <w:rsid w:val="04BFA266"/>
    <w:rsid w:val="056702FC"/>
    <w:rsid w:val="056E96E7"/>
    <w:rsid w:val="05BF3F64"/>
    <w:rsid w:val="061A296A"/>
    <w:rsid w:val="0623921F"/>
    <w:rsid w:val="0664CB28"/>
    <w:rsid w:val="06810491"/>
    <w:rsid w:val="06CD9B64"/>
    <w:rsid w:val="06D1A07A"/>
    <w:rsid w:val="06FA58FD"/>
    <w:rsid w:val="072BC9C5"/>
    <w:rsid w:val="073D5F54"/>
    <w:rsid w:val="076212C2"/>
    <w:rsid w:val="0778377D"/>
    <w:rsid w:val="079EEB71"/>
    <w:rsid w:val="07D9E883"/>
    <w:rsid w:val="07E26A70"/>
    <w:rsid w:val="07EE9BF8"/>
    <w:rsid w:val="081EB9D1"/>
    <w:rsid w:val="084BDA7D"/>
    <w:rsid w:val="084FE1EA"/>
    <w:rsid w:val="08D36FEC"/>
    <w:rsid w:val="08E6E965"/>
    <w:rsid w:val="090E92AB"/>
    <w:rsid w:val="0911C301"/>
    <w:rsid w:val="09850885"/>
    <w:rsid w:val="09C6D8FB"/>
    <w:rsid w:val="09D4A852"/>
    <w:rsid w:val="0A07DFD0"/>
    <w:rsid w:val="0A13C116"/>
    <w:rsid w:val="0A1B1517"/>
    <w:rsid w:val="0A93C596"/>
    <w:rsid w:val="0AC283EA"/>
    <w:rsid w:val="0AE815F4"/>
    <w:rsid w:val="0B11AE1A"/>
    <w:rsid w:val="0BC92CD7"/>
    <w:rsid w:val="0BD386E3"/>
    <w:rsid w:val="0BE8C5D2"/>
    <w:rsid w:val="0C49658B"/>
    <w:rsid w:val="0C49DFFF"/>
    <w:rsid w:val="0C663D9B"/>
    <w:rsid w:val="0C96119D"/>
    <w:rsid w:val="0C995EC4"/>
    <w:rsid w:val="0CA00B75"/>
    <w:rsid w:val="0D040F22"/>
    <w:rsid w:val="0D747358"/>
    <w:rsid w:val="0DD17CC1"/>
    <w:rsid w:val="0E6745EF"/>
    <w:rsid w:val="0E7B0D6A"/>
    <w:rsid w:val="0E8FD429"/>
    <w:rsid w:val="0E9CB7C6"/>
    <w:rsid w:val="0EC89194"/>
    <w:rsid w:val="0F45753C"/>
    <w:rsid w:val="0F4778B8"/>
    <w:rsid w:val="0F5E5E64"/>
    <w:rsid w:val="0F8442C9"/>
    <w:rsid w:val="0FAE16DC"/>
    <w:rsid w:val="0FC57410"/>
    <w:rsid w:val="0FCA904E"/>
    <w:rsid w:val="0FCF5A5E"/>
    <w:rsid w:val="0FD6FE2B"/>
    <w:rsid w:val="0FF69988"/>
    <w:rsid w:val="1054923F"/>
    <w:rsid w:val="1078EB25"/>
    <w:rsid w:val="10DDCE27"/>
    <w:rsid w:val="10EC2FA5"/>
    <w:rsid w:val="1100B64A"/>
    <w:rsid w:val="1162A92B"/>
    <w:rsid w:val="116A84E3"/>
    <w:rsid w:val="1197BA21"/>
    <w:rsid w:val="11D3F5D1"/>
    <w:rsid w:val="11E14816"/>
    <w:rsid w:val="127E66A4"/>
    <w:rsid w:val="12C24DC0"/>
    <w:rsid w:val="12D27A94"/>
    <w:rsid w:val="12D48C4F"/>
    <w:rsid w:val="13101E68"/>
    <w:rsid w:val="136256CD"/>
    <w:rsid w:val="1376034A"/>
    <w:rsid w:val="1390D5EC"/>
    <w:rsid w:val="14405B76"/>
    <w:rsid w:val="1489E642"/>
    <w:rsid w:val="14F01563"/>
    <w:rsid w:val="14F796CB"/>
    <w:rsid w:val="154E1BBE"/>
    <w:rsid w:val="15531E29"/>
    <w:rsid w:val="1568F86A"/>
    <w:rsid w:val="15A93153"/>
    <w:rsid w:val="15C7E789"/>
    <w:rsid w:val="15C86402"/>
    <w:rsid w:val="162C5641"/>
    <w:rsid w:val="16E22D2D"/>
    <w:rsid w:val="171AAFB0"/>
    <w:rsid w:val="17349009"/>
    <w:rsid w:val="173BEE72"/>
    <w:rsid w:val="17558975"/>
    <w:rsid w:val="17719F8D"/>
    <w:rsid w:val="17E559F5"/>
    <w:rsid w:val="187B5137"/>
    <w:rsid w:val="18A93575"/>
    <w:rsid w:val="18B9606B"/>
    <w:rsid w:val="18D4A794"/>
    <w:rsid w:val="191912B2"/>
    <w:rsid w:val="19454F73"/>
    <w:rsid w:val="19C15222"/>
    <w:rsid w:val="19E59D30"/>
    <w:rsid w:val="1B0E6693"/>
    <w:rsid w:val="1B6A3751"/>
    <w:rsid w:val="1B8E32E8"/>
    <w:rsid w:val="1B9C1F0A"/>
    <w:rsid w:val="1BA3EDD3"/>
    <w:rsid w:val="1BB2F3F4"/>
    <w:rsid w:val="1BD3E973"/>
    <w:rsid w:val="1BE34323"/>
    <w:rsid w:val="1BF3132E"/>
    <w:rsid w:val="1C251B93"/>
    <w:rsid w:val="1C460427"/>
    <w:rsid w:val="1CD26ABB"/>
    <w:rsid w:val="1CECDCA6"/>
    <w:rsid w:val="1CF3D463"/>
    <w:rsid w:val="1D317BA3"/>
    <w:rsid w:val="1D68B153"/>
    <w:rsid w:val="1D78BD3D"/>
    <w:rsid w:val="1DB5BFA4"/>
    <w:rsid w:val="1DE297A5"/>
    <w:rsid w:val="1E21A8C2"/>
    <w:rsid w:val="1E2FA5D0"/>
    <w:rsid w:val="1E304508"/>
    <w:rsid w:val="1E47E5CB"/>
    <w:rsid w:val="1E646CB6"/>
    <w:rsid w:val="1EA95551"/>
    <w:rsid w:val="1EC0C3F4"/>
    <w:rsid w:val="1F15DCF6"/>
    <w:rsid w:val="1F44BEE9"/>
    <w:rsid w:val="1F5B7C98"/>
    <w:rsid w:val="1F7A9FAD"/>
    <w:rsid w:val="1FA3C5A4"/>
    <w:rsid w:val="1FB0F18A"/>
    <w:rsid w:val="20074924"/>
    <w:rsid w:val="204E2D5D"/>
    <w:rsid w:val="2075FFC6"/>
    <w:rsid w:val="20B8BBD3"/>
    <w:rsid w:val="20FC259F"/>
    <w:rsid w:val="20FFE058"/>
    <w:rsid w:val="211D7E15"/>
    <w:rsid w:val="212B50DE"/>
    <w:rsid w:val="214492FE"/>
    <w:rsid w:val="21948DA6"/>
    <w:rsid w:val="21C35E37"/>
    <w:rsid w:val="2256D79D"/>
    <w:rsid w:val="227A9B67"/>
    <w:rsid w:val="228CAA4D"/>
    <w:rsid w:val="22CC83B3"/>
    <w:rsid w:val="22D676EF"/>
    <w:rsid w:val="237EB265"/>
    <w:rsid w:val="24195FED"/>
    <w:rsid w:val="2434905D"/>
    <w:rsid w:val="24397E4E"/>
    <w:rsid w:val="2478411D"/>
    <w:rsid w:val="24F97AC8"/>
    <w:rsid w:val="25260E3A"/>
    <w:rsid w:val="253DED9D"/>
    <w:rsid w:val="257F40C2"/>
    <w:rsid w:val="25B93C74"/>
    <w:rsid w:val="26422480"/>
    <w:rsid w:val="26499769"/>
    <w:rsid w:val="2656C0A8"/>
    <w:rsid w:val="26626C55"/>
    <w:rsid w:val="26E04B76"/>
    <w:rsid w:val="2721BFA5"/>
    <w:rsid w:val="2763ED1F"/>
    <w:rsid w:val="27744356"/>
    <w:rsid w:val="27850BB1"/>
    <w:rsid w:val="27935FEF"/>
    <w:rsid w:val="279F16F9"/>
    <w:rsid w:val="279F601F"/>
    <w:rsid w:val="281983E7"/>
    <w:rsid w:val="281BEF1C"/>
    <w:rsid w:val="28509519"/>
    <w:rsid w:val="2875A472"/>
    <w:rsid w:val="28786F0F"/>
    <w:rsid w:val="28A7A07F"/>
    <w:rsid w:val="28D46D85"/>
    <w:rsid w:val="28D75854"/>
    <w:rsid w:val="29028659"/>
    <w:rsid w:val="29411BDF"/>
    <w:rsid w:val="29B66A6C"/>
    <w:rsid w:val="29CC504B"/>
    <w:rsid w:val="29CF4BDD"/>
    <w:rsid w:val="29DB4F1E"/>
    <w:rsid w:val="29F15012"/>
    <w:rsid w:val="29F880FF"/>
    <w:rsid w:val="2A1EC7CD"/>
    <w:rsid w:val="2A64F745"/>
    <w:rsid w:val="2A823512"/>
    <w:rsid w:val="2A8D9290"/>
    <w:rsid w:val="2A8E9D4D"/>
    <w:rsid w:val="2AD288DE"/>
    <w:rsid w:val="2AE2DFFE"/>
    <w:rsid w:val="2B6591F7"/>
    <w:rsid w:val="2BCDEBA7"/>
    <w:rsid w:val="2C37D4E7"/>
    <w:rsid w:val="2CB1AB4A"/>
    <w:rsid w:val="2CC7C01B"/>
    <w:rsid w:val="2D44194C"/>
    <w:rsid w:val="2D44888B"/>
    <w:rsid w:val="2D616EC6"/>
    <w:rsid w:val="2D8106D4"/>
    <w:rsid w:val="2D8CED0D"/>
    <w:rsid w:val="2D93586A"/>
    <w:rsid w:val="2DFA03B2"/>
    <w:rsid w:val="2E3234DB"/>
    <w:rsid w:val="2E3AFA97"/>
    <w:rsid w:val="2F17272E"/>
    <w:rsid w:val="2F2D9106"/>
    <w:rsid w:val="2F55705D"/>
    <w:rsid w:val="2F60ECB8"/>
    <w:rsid w:val="2FC1DC01"/>
    <w:rsid w:val="2FC621C8"/>
    <w:rsid w:val="2FD29EA7"/>
    <w:rsid w:val="2FD9C538"/>
    <w:rsid w:val="300BF42A"/>
    <w:rsid w:val="30548C33"/>
    <w:rsid w:val="306CE47E"/>
    <w:rsid w:val="30C92421"/>
    <w:rsid w:val="30CDE152"/>
    <w:rsid w:val="30E05638"/>
    <w:rsid w:val="30E4CEE8"/>
    <w:rsid w:val="311EE507"/>
    <w:rsid w:val="31584B90"/>
    <w:rsid w:val="3169DF75"/>
    <w:rsid w:val="31A3D1E1"/>
    <w:rsid w:val="31AFA1A2"/>
    <w:rsid w:val="31B0AA1B"/>
    <w:rsid w:val="31C491C7"/>
    <w:rsid w:val="31D0405A"/>
    <w:rsid w:val="31DAF93E"/>
    <w:rsid w:val="323A1A07"/>
    <w:rsid w:val="32B1FCB5"/>
    <w:rsid w:val="32D820CF"/>
    <w:rsid w:val="32D97E00"/>
    <w:rsid w:val="32F3FFD5"/>
    <w:rsid w:val="3325BF1E"/>
    <w:rsid w:val="336BC528"/>
    <w:rsid w:val="33A3B265"/>
    <w:rsid w:val="33FD6A93"/>
    <w:rsid w:val="3416F77B"/>
    <w:rsid w:val="341FAAD9"/>
    <w:rsid w:val="342A2BDB"/>
    <w:rsid w:val="344B9844"/>
    <w:rsid w:val="347B5697"/>
    <w:rsid w:val="347BBCEC"/>
    <w:rsid w:val="349BF0FE"/>
    <w:rsid w:val="349D1099"/>
    <w:rsid w:val="34E180B3"/>
    <w:rsid w:val="34F59562"/>
    <w:rsid w:val="355C0BC7"/>
    <w:rsid w:val="356E2285"/>
    <w:rsid w:val="35899969"/>
    <w:rsid w:val="35BCDB53"/>
    <w:rsid w:val="35CC4847"/>
    <w:rsid w:val="35DA7768"/>
    <w:rsid w:val="35ECA6ED"/>
    <w:rsid w:val="3600C471"/>
    <w:rsid w:val="361D9D52"/>
    <w:rsid w:val="3621D8FB"/>
    <w:rsid w:val="363B2B9E"/>
    <w:rsid w:val="36836723"/>
    <w:rsid w:val="36895B3F"/>
    <w:rsid w:val="3692F498"/>
    <w:rsid w:val="369EBF92"/>
    <w:rsid w:val="36C03C64"/>
    <w:rsid w:val="36CC3170"/>
    <w:rsid w:val="36DDA074"/>
    <w:rsid w:val="3705ABCC"/>
    <w:rsid w:val="370FB056"/>
    <w:rsid w:val="377886A2"/>
    <w:rsid w:val="37A39DCD"/>
    <w:rsid w:val="37F244E3"/>
    <w:rsid w:val="3844275B"/>
    <w:rsid w:val="38AA6C00"/>
    <w:rsid w:val="38ADE213"/>
    <w:rsid w:val="38D64562"/>
    <w:rsid w:val="390492A5"/>
    <w:rsid w:val="390F0423"/>
    <w:rsid w:val="39338631"/>
    <w:rsid w:val="3937CDB1"/>
    <w:rsid w:val="395A4DFF"/>
    <w:rsid w:val="39743570"/>
    <w:rsid w:val="39807EDC"/>
    <w:rsid w:val="3A65D57B"/>
    <w:rsid w:val="3A86364C"/>
    <w:rsid w:val="3A88A00C"/>
    <w:rsid w:val="3AD0B7D4"/>
    <w:rsid w:val="3AE85F81"/>
    <w:rsid w:val="3B3982EE"/>
    <w:rsid w:val="3B9ECDF4"/>
    <w:rsid w:val="3BCFAED5"/>
    <w:rsid w:val="3C073DBA"/>
    <w:rsid w:val="3C8520CB"/>
    <w:rsid w:val="3CE737BB"/>
    <w:rsid w:val="3CF8281B"/>
    <w:rsid w:val="3CFC9EDF"/>
    <w:rsid w:val="3D6183F1"/>
    <w:rsid w:val="3DB0DB1F"/>
    <w:rsid w:val="3DC71F63"/>
    <w:rsid w:val="3DD5B389"/>
    <w:rsid w:val="3E325007"/>
    <w:rsid w:val="3E41CF03"/>
    <w:rsid w:val="3EB0EE78"/>
    <w:rsid w:val="3EF9B64D"/>
    <w:rsid w:val="3EFDF909"/>
    <w:rsid w:val="3F06FED0"/>
    <w:rsid w:val="3F83A018"/>
    <w:rsid w:val="40022D17"/>
    <w:rsid w:val="402BAAAF"/>
    <w:rsid w:val="4036BB8D"/>
    <w:rsid w:val="404386DA"/>
    <w:rsid w:val="4071C76A"/>
    <w:rsid w:val="407A7A98"/>
    <w:rsid w:val="40A5E21B"/>
    <w:rsid w:val="40AD4C1A"/>
    <w:rsid w:val="40B37C8B"/>
    <w:rsid w:val="40CA68B4"/>
    <w:rsid w:val="40DEA231"/>
    <w:rsid w:val="40F27E97"/>
    <w:rsid w:val="411D38A6"/>
    <w:rsid w:val="4141386A"/>
    <w:rsid w:val="41489711"/>
    <w:rsid w:val="416BF13A"/>
    <w:rsid w:val="416C08F4"/>
    <w:rsid w:val="4180E038"/>
    <w:rsid w:val="422B6DF8"/>
    <w:rsid w:val="4268F83B"/>
    <w:rsid w:val="429A0E78"/>
    <w:rsid w:val="43282A64"/>
    <w:rsid w:val="434B206B"/>
    <w:rsid w:val="435895F6"/>
    <w:rsid w:val="43DD1D5C"/>
    <w:rsid w:val="44090A65"/>
    <w:rsid w:val="4442C8E6"/>
    <w:rsid w:val="44CE6736"/>
    <w:rsid w:val="456B8C66"/>
    <w:rsid w:val="45790DBF"/>
    <w:rsid w:val="45C8DA16"/>
    <w:rsid w:val="45E5A266"/>
    <w:rsid w:val="4600DE8A"/>
    <w:rsid w:val="465F5725"/>
    <w:rsid w:val="46ECED1E"/>
    <w:rsid w:val="46FB0679"/>
    <w:rsid w:val="47234DE4"/>
    <w:rsid w:val="47255A03"/>
    <w:rsid w:val="476F49D7"/>
    <w:rsid w:val="47765252"/>
    <w:rsid w:val="477E7BFE"/>
    <w:rsid w:val="47994E6E"/>
    <w:rsid w:val="47AB6881"/>
    <w:rsid w:val="47C3F17B"/>
    <w:rsid w:val="47DF41B3"/>
    <w:rsid w:val="4805EE9C"/>
    <w:rsid w:val="48622CA4"/>
    <w:rsid w:val="489C1A66"/>
    <w:rsid w:val="48D48A44"/>
    <w:rsid w:val="48EFBCC7"/>
    <w:rsid w:val="4901C904"/>
    <w:rsid w:val="491698CA"/>
    <w:rsid w:val="49312475"/>
    <w:rsid w:val="495140B0"/>
    <w:rsid w:val="496D2561"/>
    <w:rsid w:val="499880CE"/>
    <w:rsid w:val="49A5031A"/>
    <w:rsid w:val="49BE7296"/>
    <w:rsid w:val="4A31CF9D"/>
    <w:rsid w:val="4A7EEC60"/>
    <w:rsid w:val="4AAF6972"/>
    <w:rsid w:val="4AE2E632"/>
    <w:rsid w:val="4AEBD84B"/>
    <w:rsid w:val="4B525E18"/>
    <w:rsid w:val="4B626E75"/>
    <w:rsid w:val="4B826106"/>
    <w:rsid w:val="4BECA2BC"/>
    <w:rsid w:val="4C9CBD53"/>
    <w:rsid w:val="4D05FDC2"/>
    <w:rsid w:val="4D39D94B"/>
    <w:rsid w:val="4D3D00F9"/>
    <w:rsid w:val="4D713767"/>
    <w:rsid w:val="4D8EFC26"/>
    <w:rsid w:val="4D9DB5E4"/>
    <w:rsid w:val="4DCF033A"/>
    <w:rsid w:val="4DF6A2AF"/>
    <w:rsid w:val="4E24BD8A"/>
    <w:rsid w:val="4F374FE4"/>
    <w:rsid w:val="4F5AE12B"/>
    <w:rsid w:val="4F5AEA80"/>
    <w:rsid w:val="4F6644A2"/>
    <w:rsid w:val="4F6F88B0"/>
    <w:rsid w:val="4F90DA5A"/>
    <w:rsid w:val="4F9A81F8"/>
    <w:rsid w:val="500085EF"/>
    <w:rsid w:val="5017A987"/>
    <w:rsid w:val="50186AFA"/>
    <w:rsid w:val="50DC2940"/>
    <w:rsid w:val="51031730"/>
    <w:rsid w:val="512F3EA4"/>
    <w:rsid w:val="51679CB6"/>
    <w:rsid w:val="51D6931F"/>
    <w:rsid w:val="51EC26B6"/>
    <w:rsid w:val="51F45403"/>
    <w:rsid w:val="51FF65BE"/>
    <w:rsid w:val="522705F1"/>
    <w:rsid w:val="52DAEC72"/>
    <w:rsid w:val="530E039A"/>
    <w:rsid w:val="531463B9"/>
    <w:rsid w:val="53475572"/>
    <w:rsid w:val="53855880"/>
    <w:rsid w:val="539439D9"/>
    <w:rsid w:val="53987EAE"/>
    <w:rsid w:val="539B4FA8"/>
    <w:rsid w:val="53C1E5B5"/>
    <w:rsid w:val="53EFCFC0"/>
    <w:rsid w:val="5434868E"/>
    <w:rsid w:val="547CB084"/>
    <w:rsid w:val="547D9665"/>
    <w:rsid w:val="54BCF1F0"/>
    <w:rsid w:val="54D9DD86"/>
    <w:rsid w:val="54DC5D65"/>
    <w:rsid w:val="54F48FF8"/>
    <w:rsid w:val="5554C475"/>
    <w:rsid w:val="5558B055"/>
    <w:rsid w:val="55D6DE1C"/>
    <w:rsid w:val="55F12418"/>
    <w:rsid w:val="5616FE50"/>
    <w:rsid w:val="5654B938"/>
    <w:rsid w:val="565A3633"/>
    <w:rsid w:val="566E1E9B"/>
    <w:rsid w:val="567446C7"/>
    <w:rsid w:val="568921D7"/>
    <w:rsid w:val="568B1C23"/>
    <w:rsid w:val="569B66D6"/>
    <w:rsid w:val="56B5358D"/>
    <w:rsid w:val="56C69ED4"/>
    <w:rsid w:val="57ABDD3F"/>
    <w:rsid w:val="57C07BF5"/>
    <w:rsid w:val="57D2F330"/>
    <w:rsid w:val="58030EB6"/>
    <w:rsid w:val="5822FC19"/>
    <w:rsid w:val="58342654"/>
    <w:rsid w:val="584B5A11"/>
    <w:rsid w:val="585A44D1"/>
    <w:rsid w:val="589BD51A"/>
    <w:rsid w:val="58C190B6"/>
    <w:rsid w:val="5999C074"/>
    <w:rsid w:val="5A254A67"/>
    <w:rsid w:val="5A5AFF51"/>
    <w:rsid w:val="5AA4D944"/>
    <w:rsid w:val="5AFDC913"/>
    <w:rsid w:val="5B281C39"/>
    <w:rsid w:val="5B826F22"/>
    <w:rsid w:val="5B82AFB9"/>
    <w:rsid w:val="5BB79B0A"/>
    <w:rsid w:val="5BEE920A"/>
    <w:rsid w:val="5C4D6575"/>
    <w:rsid w:val="5C89B6F6"/>
    <w:rsid w:val="5CFFB451"/>
    <w:rsid w:val="5D798AFB"/>
    <w:rsid w:val="5D986FD9"/>
    <w:rsid w:val="5DAAFCDE"/>
    <w:rsid w:val="5DD7C37D"/>
    <w:rsid w:val="5DEA878F"/>
    <w:rsid w:val="5DFF330F"/>
    <w:rsid w:val="5E07A0AF"/>
    <w:rsid w:val="5E113C50"/>
    <w:rsid w:val="5E1A2B49"/>
    <w:rsid w:val="5E3617F0"/>
    <w:rsid w:val="5E3B5068"/>
    <w:rsid w:val="5E3C9252"/>
    <w:rsid w:val="5E439F62"/>
    <w:rsid w:val="5E678270"/>
    <w:rsid w:val="5E6E88F6"/>
    <w:rsid w:val="5E8C07DD"/>
    <w:rsid w:val="5F55D4F6"/>
    <w:rsid w:val="5F5781C9"/>
    <w:rsid w:val="5F6936CC"/>
    <w:rsid w:val="5F6C3E69"/>
    <w:rsid w:val="5F782A33"/>
    <w:rsid w:val="5F80D4B4"/>
    <w:rsid w:val="5F8E7ED3"/>
    <w:rsid w:val="5F8F5DA6"/>
    <w:rsid w:val="5FB6D65E"/>
    <w:rsid w:val="5FCFA968"/>
    <w:rsid w:val="60197227"/>
    <w:rsid w:val="601ED59B"/>
    <w:rsid w:val="6034753E"/>
    <w:rsid w:val="606A5D01"/>
    <w:rsid w:val="608615A8"/>
    <w:rsid w:val="60B612B3"/>
    <w:rsid w:val="60DAAC15"/>
    <w:rsid w:val="610D3E76"/>
    <w:rsid w:val="6145171C"/>
    <w:rsid w:val="61647A63"/>
    <w:rsid w:val="619DB2AC"/>
    <w:rsid w:val="619F43D8"/>
    <w:rsid w:val="61A3E02B"/>
    <w:rsid w:val="61CC6109"/>
    <w:rsid w:val="61DC00ED"/>
    <w:rsid w:val="61E4DF3E"/>
    <w:rsid w:val="6295540A"/>
    <w:rsid w:val="62C06936"/>
    <w:rsid w:val="62EAEB96"/>
    <w:rsid w:val="63872D83"/>
    <w:rsid w:val="639A122F"/>
    <w:rsid w:val="63E6A052"/>
    <w:rsid w:val="64135C54"/>
    <w:rsid w:val="642C1CDD"/>
    <w:rsid w:val="64740A0F"/>
    <w:rsid w:val="64A3D7D1"/>
    <w:rsid w:val="64D08444"/>
    <w:rsid w:val="6501C00C"/>
    <w:rsid w:val="6513AF65"/>
    <w:rsid w:val="655AF95E"/>
    <w:rsid w:val="65701902"/>
    <w:rsid w:val="658F7076"/>
    <w:rsid w:val="659A3FAB"/>
    <w:rsid w:val="65A8B23C"/>
    <w:rsid w:val="667F7A3E"/>
    <w:rsid w:val="667FC2B1"/>
    <w:rsid w:val="66C09322"/>
    <w:rsid w:val="66F429A9"/>
    <w:rsid w:val="670E95A1"/>
    <w:rsid w:val="671901B9"/>
    <w:rsid w:val="67445CD6"/>
    <w:rsid w:val="675D4957"/>
    <w:rsid w:val="67B13511"/>
    <w:rsid w:val="684ADA4E"/>
    <w:rsid w:val="68588EF9"/>
    <w:rsid w:val="6869C668"/>
    <w:rsid w:val="6905C1E1"/>
    <w:rsid w:val="6956E166"/>
    <w:rsid w:val="6979721A"/>
    <w:rsid w:val="697D6226"/>
    <w:rsid w:val="69CCC7C1"/>
    <w:rsid w:val="69E952B5"/>
    <w:rsid w:val="6A1A4D20"/>
    <w:rsid w:val="6A2042FF"/>
    <w:rsid w:val="6A47DDA7"/>
    <w:rsid w:val="6AC3BBFC"/>
    <w:rsid w:val="6AD3BE40"/>
    <w:rsid w:val="6AFABD4D"/>
    <w:rsid w:val="6B43649D"/>
    <w:rsid w:val="6B5B01E8"/>
    <w:rsid w:val="6B753F8B"/>
    <w:rsid w:val="6B75AB41"/>
    <w:rsid w:val="6BA03276"/>
    <w:rsid w:val="6BAF7566"/>
    <w:rsid w:val="6BD60DB0"/>
    <w:rsid w:val="6BF85907"/>
    <w:rsid w:val="6C0832F8"/>
    <w:rsid w:val="6C0C5708"/>
    <w:rsid w:val="6C1849B0"/>
    <w:rsid w:val="6C3E2B40"/>
    <w:rsid w:val="6C5C8F99"/>
    <w:rsid w:val="6CE1078F"/>
    <w:rsid w:val="6D60BFF9"/>
    <w:rsid w:val="6D756069"/>
    <w:rsid w:val="6D9C7354"/>
    <w:rsid w:val="6DE48B6B"/>
    <w:rsid w:val="6DEF6451"/>
    <w:rsid w:val="6E5C52C4"/>
    <w:rsid w:val="6EE1E2EF"/>
    <w:rsid w:val="6F128DA7"/>
    <w:rsid w:val="6F21B910"/>
    <w:rsid w:val="6F3CD419"/>
    <w:rsid w:val="6F620C7B"/>
    <w:rsid w:val="6F769ADF"/>
    <w:rsid w:val="700A018C"/>
    <w:rsid w:val="701A0333"/>
    <w:rsid w:val="70487AFB"/>
    <w:rsid w:val="7050461B"/>
    <w:rsid w:val="70580A33"/>
    <w:rsid w:val="7072556B"/>
    <w:rsid w:val="7096697C"/>
    <w:rsid w:val="70C69CE6"/>
    <w:rsid w:val="71042436"/>
    <w:rsid w:val="7111FCD1"/>
    <w:rsid w:val="717714CE"/>
    <w:rsid w:val="7184D46D"/>
    <w:rsid w:val="71D459A5"/>
    <w:rsid w:val="723E4D24"/>
    <w:rsid w:val="7291A5FD"/>
    <w:rsid w:val="72E26B49"/>
    <w:rsid w:val="72EAFBDD"/>
    <w:rsid w:val="73150718"/>
    <w:rsid w:val="734EDADC"/>
    <w:rsid w:val="73CE93E8"/>
    <w:rsid w:val="73D6B3CE"/>
    <w:rsid w:val="740361D4"/>
    <w:rsid w:val="743E74F0"/>
    <w:rsid w:val="74C371D1"/>
    <w:rsid w:val="74E24B10"/>
    <w:rsid w:val="74E89F91"/>
    <w:rsid w:val="7577DFBA"/>
    <w:rsid w:val="75950266"/>
    <w:rsid w:val="75A7F2AD"/>
    <w:rsid w:val="75A81024"/>
    <w:rsid w:val="75B3635E"/>
    <w:rsid w:val="75E801D7"/>
    <w:rsid w:val="75FA38A5"/>
    <w:rsid w:val="760155E9"/>
    <w:rsid w:val="76172D73"/>
    <w:rsid w:val="768A892F"/>
    <w:rsid w:val="76903FB2"/>
    <w:rsid w:val="769B222B"/>
    <w:rsid w:val="76A7B30E"/>
    <w:rsid w:val="76C9433F"/>
    <w:rsid w:val="773983BA"/>
    <w:rsid w:val="775FEF71"/>
    <w:rsid w:val="776BD606"/>
    <w:rsid w:val="777CBC0D"/>
    <w:rsid w:val="77AF3F23"/>
    <w:rsid w:val="77B3ADA9"/>
    <w:rsid w:val="78057BC8"/>
    <w:rsid w:val="781E79BA"/>
    <w:rsid w:val="7839E7F0"/>
    <w:rsid w:val="7869E8B4"/>
    <w:rsid w:val="786C8963"/>
    <w:rsid w:val="78DBE89F"/>
    <w:rsid w:val="78E681BF"/>
    <w:rsid w:val="79192389"/>
    <w:rsid w:val="791C51DA"/>
    <w:rsid w:val="79346289"/>
    <w:rsid w:val="7987AC8A"/>
    <w:rsid w:val="79899AD4"/>
    <w:rsid w:val="79A95B24"/>
    <w:rsid w:val="79CDCD55"/>
    <w:rsid w:val="79E38005"/>
    <w:rsid w:val="79E39069"/>
    <w:rsid w:val="7A2E5F84"/>
    <w:rsid w:val="7A39EB2D"/>
    <w:rsid w:val="7A7B48C1"/>
    <w:rsid w:val="7AA723A3"/>
    <w:rsid w:val="7AD3F0E2"/>
    <w:rsid w:val="7AD94629"/>
    <w:rsid w:val="7B4788F9"/>
    <w:rsid w:val="7B4900CF"/>
    <w:rsid w:val="7B4D5F2E"/>
    <w:rsid w:val="7B5CA3C3"/>
    <w:rsid w:val="7B6B51CA"/>
    <w:rsid w:val="7BA6CF77"/>
    <w:rsid w:val="7BD13CA5"/>
    <w:rsid w:val="7BD96918"/>
    <w:rsid w:val="7C1EC018"/>
    <w:rsid w:val="7C9E2749"/>
    <w:rsid w:val="7CF90341"/>
    <w:rsid w:val="7D04CA0A"/>
    <w:rsid w:val="7D6852A1"/>
    <w:rsid w:val="7DA13569"/>
    <w:rsid w:val="7DBA7A73"/>
    <w:rsid w:val="7DCFD3F5"/>
    <w:rsid w:val="7DE08BD9"/>
    <w:rsid w:val="7DE9E957"/>
    <w:rsid w:val="7E2E9FE5"/>
    <w:rsid w:val="7EA5419B"/>
    <w:rsid w:val="7EE419BA"/>
    <w:rsid w:val="7EE54958"/>
    <w:rsid w:val="7EEB491F"/>
    <w:rsid w:val="7F1B2331"/>
    <w:rsid w:val="7F4792A2"/>
    <w:rsid w:val="7F64C1BD"/>
    <w:rsid w:val="7F66486E"/>
    <w:rsid w:val="7F6FA241"/>
    <w:rsid w:val="7F8E67C9"/>
    <w:rsid w:val="7F953593"/>
    <w:rsid w:val="7F9A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B2D2141"/>
  <w14:defaultImageDpi w14:val="300"/>
  <w15:docId w15:val="{E9689FBA-BF47-41D4-9B6E-72E7FEC9B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4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Revision">
    <w:name w:val="Revision"/>
    <w:hidden/>
    <w:uiPriority w:val="99"/>
    <w:semiHidden/>
    <w:rsid w:val="009729E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24</Pages>
  <Words>5255</Words>
  <Characters>26392</Characters>
  <Application>Microsoft Office Word</Application>
  <DocSecurity>0</DocSecurity>
  <Lines>219</Lines>
  <Paragraphs>63</Paragraphs>
  <ScaleCrop>false</ScaleCrop>
  <Manager/>
  <Company/>
  <LinksUpToDate>false</LinksUpToDate>
  <CharactersWithSpaces>31584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Jose Gnangnon</cp:lastModifiedBy>
  <cp:revision>10</cp:revision>
  <dcterms:created xsi:type="dcterms:W3CDTF">2025-04-24T16:06:00Z</dcterms:created>
  <dcterms:modified xsi:type="dcterms:W3CDTF">2025-05-19T09:57:00Z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2ada395d916b2833ea6d51f1e3c4332bd0b6358355d2b65d61404cede0db55c7</vt:lpwstr>
  </property>
</Properties>
</file>